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F55EB" w14:textId="4A1C1FAB" w:rsidR="00885D19" w:rsidRDefault="00982210" w:rsidP="00107582">
      <w:pPr>
        <w:pStyle w:val="Header"/>
        <w:jc w:val="right"/>
        <w:rPr>
          <w:b/>
          <w:i/>
          <w:noProof/>
          <w:szCs w:val="24"/>
          <w:lang w:val="fr-FR"/>
        </w:rPr>
      </w:pPr>
      <w:r>
        <w:rPr>
          <w:b/>
          <w:i/>
          <w:noProof/>
          <w:szCs w:val="24"/>
          <w:lang w:val="fr-FR"/>
        </w:rPr>
        <w:t>A</w:t>
      </w:r>
      <w:r w:rsidR="00DC59F6">
        <w:rPr>
          <w:b/>
          <w:i/>
          <w:noProof/>
          <w:szCs w:val="24"/>
          <w:lang w:val="fr-FR"/>
        </w:rPr>
        <w:t>nexa nr. 1</w:t>
      </w:r>
    </w:p>
    <w:p w14:paraId="499A2ADA" w14:textId="77777777" w:rsidR="00880444" w:rsidRPr="00885D19" w:rsidRDefault="00880444" w:rsidP="00880444">
      <w:pPr>
        <w:pStyle w:val="Header"/>
        <w:rPr>
          <w:b/>
          <w:i/>
          <w:noProof/>
          <w:szCs w:val="24"/>
          <w:lang w:val="fr-FR"/>
        </w:rPr>
      </w:pPr>
      <w:r w:rsidRPr="00885D19">
        <w:rPr>
          <w:b/>
          <w:i/>
          <w:noProof/>
          <w:szCs w:val="24"/>
          <w:lang w:val="fr-FR"/>
        </w:rPr>
        <w:t>ANTET OPERATOR ECONOMIC</w:t>
      </w:r>
    </w:p>
    <w:p w14:paraId="2C2C03E9" w14:textId="59E32565" w:rsidR="00880444" w:rsidRPr="00885D19" w:rsidRDefault="00880444" w:rsidP="00885D19">
      <w:pPr>
        <w:pStyle w:val="Header"/>
        <w:rPr>
          <w:i/>
          <w:noProof/>
          <w:sz w:val="10"/>
          <w:szCs w:val="10"/>
          <w:lang w:val="fr-FR"/>
        </w:rPr>
      </w:pPr>
      <w:r w:rsidRPr="006E4BFF">
        <w:rPr>
          <w:i/>
          <w:noProof/>
          <w:szCs w:val="24"/>
          <w:lang w:val="fr-FR"/>
        </w:rPr>
        <w:t>(nr. înregistrare cerere / data înregistrării)</w:t>
      </w:r>
    </w:p>
    <w:p w14:paraId="2F9ECBC0" w14:textId="24DB407C" w:rsidR="00880444" w:rsidRPr="008F4F82" w:rsidRDefault="00880444" w:rsidP="00880444">
      <w:pPr>
        <w:pStyle w:val="Header"/>
        <w:tabs>
          <w:tab w:val="left" w:pos="708"/>
        </w:tabs>
        <w:rPr>
          <w:b/>
          <w:noProof/>
          <w:szCs w:val="24"/>
          <w:lang w:val="pt-BR"/>
        </w:rPr>
      </w:pPr>
      <w:r w:rsidRPr="008F4F82">
        <w:rPr>
          <w:b/>
          <w:noProof/>
          <w:szCs w:val="24"/>
          <w:lang w:val="pt-BR"/>
        </w:rPr>
        <w:t>………………………</w:t>
      </w:r>
      <w:r w:rsidRPr="008F4F82">
        <w:rPr>
          <w:b/>
          <w:i/>
          <w:noProof/>
          <w:szCs w:val="24"/>
          <w:lang w:val="pt-BR"/>
        </w:rPr>
        <w:t>… /…</w:t>
      </w:r>
      <w:r w:rsidRPr="008F4F82">
        <w:rPr>
          <w:b/>
          <w:noProof/>
          <w:szCs w:val="24"/>
          <w:lang w:val="pt-BR"/>
        </w:rPr>
        <w:t>……………....</w:t>
      </w:r>
    </w:p>
    <w:p w14:paraId="395A9032" w14:textId="77777777" w:rsidR="00880444" w:rsidRPr="008F4F82" w:rsidRDefault="00880444" w:rsidP="00880444">
      <w:pPr>
        <w:pStyle w:val="Header"/>
        <w:rPr>
          <w:b/>
          <w:noProof/>
          <w:szCs w:val="24"/>
          <w:lang w:val="pt-BR"/>
        </w:rPr>
      </w:pPr>
    </w:p>
    <w:p w14:paraId="625A9A84" w14:textId="00867A3D" w:rsidR="00880444" w:rsidRPr="008F4F82" w:rsidRDefault="00880444" w:rsidP="00880444">
      <w:pPr>
        <w:pStyle w:val="Header"/>
        <w:rPr>
          <w:b/>
          <w:noProof/>
          <w:szCs w:val="24"/>
          <w:lang w:val="pt-BR"/>
        </w:rPr>
      </w:pPr>
      <w:r w:rsidRPr="008F4F82">
        <w:rPr>
          <w:b/>
          <w:noProof/>
          <w:szCs w:val="24"/>
          <w:lang w:val="pt-BR"/>
        </w:rPr>
        <w:t xml:space="preserve">                         C ă t r e      AFER,</w:t>
      </w:r>
    </w:p>
    <w:p w14:paraId="48E69750" w14:textId="77777777" w:rsidR="00880444" w:rsidRPr="008F4F82" w:rsidRDefault="00880444" w:rsidP="00885D19">
      <w:pPr>
        <w:tabs>
          <w:tab w:val="center" w:pos="4320"/>
          <w:tab w:val="right" w:pos="8640"/>
        </w:tabs>
        <w:spacing w:after="0"/>
        <w:rPr>
          <w:b/>
          <w:noProof/>
          <w:szCs w:val="24"/>
          <w:lang w:val="pt-BR"/>
        </w:rPr>
      </w:pPr>
      <w:r w:rsidRPr="008F4F82">
        <w:rPr>
          <w:b/>
          <w:noProof/>
          <w:szCs w:val="24"/>
          <w:lang w:val="pt-BR"/>
        </w:rPr>
        <w:t xml:space="preserve">             </w:t>
      </w:r>
      <w:r w:rsidRPr="008F4F82">
        <w:rPr>
          <w:b/>
          <w:noProof/>
          <w:szCs w:val="24"/>
          <w:lang w:val="pt-BR"/>
        </w:rPr>
        <w:tab/>
        <w:t xml:space="preserve">                Bucureşti, sector 1, Calea Griviţei nr. 393</w:t>
      </w:r>
    </w:p>
    <w:p w14:paraId="485DE71F" w14:textId="6D61B0FF" w:rsidR="00880444" w:rsidRDefault="00880444" w:rsidP="00885D19">
      <w:pPr>
        <w:tabs>
          <w:tab w:val="center" w:pos="4320"/>
          <w:tab w:val="right" w:pos="8640"/>
        </w:tabs>
        <w:rPr>
          <w:b/>
          <w:noProof/>
          <w:szCs w:val="24"/>
          <w:lang w:val="pt-BR"/>
        </w:rPr>
      </w:pPr>
      <w:r w:rsidRPr="008F4F82">
        <w:rPr>
          <w:b/>
          <w:noProof/>
          <w:szCs w:val="24"/>
          <w:lang w:val="pt-BR"/>
        </w:rPr>
        <w:t xml:space="preserve">    </w:t>
      </w:r>
      <w:r w:rsidRPr="008F4F82">
        <w:rPr>
          <w:b/>
          <w:noProof/>
          <w:szCs w:val="24"/>
          <w:lang w:val="pt-BR"/>
        </w:rPr>
        <w:tab/>
        <w:t xml:space="preserve">                           Telefon</w:t>
      </w:r>
      <w:r w:rsidRPr="00982210">
        <w:rPr>
          <w:b/>
          <w:noProof/>
          <w:szCs w:val="24"/>
          <w:lang w:val="pt-BR"/>
        </w:rPr>
        <w:t>: +4021.307.79.00; e-</w:t>
      </w:r>
      <w:r w:rsidRPr="008F4F82">
        <w:rPr>
          <w:b/>
          <w:noProof/>
          <w:szCs w:val="24"/>
          <w:lang w:val="pt-BR"/>
        </w:rPr>
        <w:t xml:space="preserve">mail: </w:t>
      </w:r>
      <w:hyperlink r:id="rId8" w:history="1">
        <w:r w:rsidR="00982210" w:rsidRPr="00353CAB">
          <w:rPr>
            <w:rStyle w:val="Hyperlink"/>
            <w:b/>
            <w:noProof/>
            <w:szCs w:val="24"/>
            <w:lang w:val="pt-BR"/>
          </w:rPr>
          <w:t>smcf@afer.ro</w:t>
        </w:r>
      </w:hyperlink>
      <w:r w:rsidRPr="008F4F82">
        <w:rPr>
          <w:b/>
          <w:noProof/>
          <w:szCs w:val="24"/>
          <w:lang w:val="pt-BR"/>
        </w:rPr>
        <w:t xml:space="preserve">                                                          </w:t>
      </w:r>
      <w:r>
        <w:rPr>
          <w:b/>
          <w:noProof/>
          <w:szCs w:val="24"/>
          <w:lang w:val="pt-BR"/>
        </w:rPr>
        <w:t xml:space="preserve">                       </w:t>
      </w:r>
    </w:p>
    <w:p w14:paraId="55787018" w14:textId="25EE65F9" w:rsidR="00880444" w:rsidRDefault="00880444" w:rsidP="00880444">
      <w:pPr>
        <w:pStyle w:val="Header"/>
        <w:ind w:firstLine="567"/>
        <w:jc w:val="both"/>
        <w:rPr>
          <w:noProof/>
          <w:szCs w:val="24"/>
          <w:lang w:val="pt-BR"/>
        </w:rPr>
      </w:pPr>
      <w:r w:rsidRPr="008F4F82">
        <w:rPr>
          <w:bCs/>
          <w:szCs w:val="24"/>
          <w:lang w:val="ro-RO"/>
        </w:rPr>
        <w:t>(</w:t>
      </w:r>
      <w:r w:rsidRPr="006E4BFF">
        <w:rPr>
          <w:bCs/>
          <w:i/>
          <w:sz w:val="18"/>
          <w:szCs w:val="18"/>
          <w:lang w:val="ro-RO"/>
        </w:rPr>
        <w:t>denumire operator economic</w:t>
      </w:r>
      <w:r w:rsidRPr="008F4F82">
        <w:rPr>
          <w:bCs/>
          <w:szCs w:val="24"/>
          <w:lang w:val="ro-RO"/>
        </w:rPr>
        <w:t>)……..</w:t>
      </w:r>
      <w:r w:rsidRPr="008F4F82">
        <w:rPr>
          <w:b/>
          <w:bCs/>
          <w:szCs w:val="24"/>
          <w:lang w:val="ro-RO"/>
        </w:rPr>
        <w:t xml:space="preserve"> </w:t>
      </w:r>
      <w:r w:rsidRPr="008F4F82">
        <w:rPr>
          <w:bCs/>
          <w:szCs w:val="24"/>
          <w:lang w:val="ro-RO"/>
        </w:rPr>
        <w:t>cu sediul în localitatea ……., str. ….. nr. ……, jud. ……., înregistrat la Registrul Comerţului cu nr. ……….., cod fiscal ……, telefon ………e-mail: ……., cont ………la Banca ……., reprezentat prin …(</w:t>
      </w:r>
      <w:r w:rsidRPr="006E4BFF">
        <w:rPr>
          <w:bCs/>
          <w:i/>
          <w:sz w:val="18"/>
          <w:szCs w:val="18"/>
          <w:lang w:val="ro-RO"/>
        </w:rPr>
        <w:t>reprezentant legal</w:t>
      </w:r>
      <w:r w:rsidRPr="008F4F82">
        <w:rPr>
          <w:bCs/>
          <w:szCs w:val="24"/>
          <w:lang w:val="ro-RO"/>
        </w:rPr>
        <w:t>)……,</w:t>
      </w:r>
      <w:r w:rsidRPr="008F4F82">
        <w:rPr>
          <w:noProof/>
          <w:szCs w:val="24"/>
          <w:lang w:val="pt-BR"/>
        </w:rPr>
        <w:t xml:space="preserve"> </w:t>
      </w:r>
    </w:p>
    <w:p w14:paraId="3A837A27" w14:textId="00DC39E0" w:rsidR="00B7220B" w:rsidRPr="00F84A20" w:rsidRDefault="002835FF" w:rsidP="00880444">
      <w:pPr>
        <w:pStyle w:val="Header"/>
        <w:ind w:firstLine="567"/>
        <w:jc w:val="both"/>
        <w:rPr>
          <w:b/>
          <w:noProof/>
          <w:szCs w:val="24"/>
          <w:lang w:val="pt-BR"/>
        </w:rPr>
      </w:pPr>
      <w:r w:rsidRPr="008F4F82">
        <w:rPr>
          <w:b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14F4D9C" wp14:editId="7787C643">
                <wp:simplePos x="0" y="0"/>
                <wp:positionH relativeFrom="column">
                  <wp:posOffset>723900</wp:posOffset>
                </wp:positionH>
                <wp:positionV relativeFrom="paragraph">
                  <wp:posOffset>174625</wp:posOffset>
                </wp:positionV>
                <wp:extent cx="182880" cy="182880"/>
                <wp:effectExtent l="0" t="0" r="26670" b="26670"/>
                <wp:wrapNone/>
                <wp:docPr id="6" name="Dreptunghi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D81337" w14:textId="77777777" w:rsidR="002835FF" w:rsidRPr="007E697E" w:rsidRDefault="002835FF" w:rsidP="002835F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F4D9C" id="Dreptunghi 6" o:spid="_x0000_s1026" style="position:absolute;left:0;text-align:left;margin-left:57pt;margin-top:13.75pt;width:14.4pt;height:14.4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">
                <v:textbox inset="0,0,0,0">
                  <w:txbxContent>
                    <w:p w14:paraId="79D81337" w14:textId="77777777" w:rsidR="002835FF" w:rsidRPr="007E697E" w:rsidRDefault="002835FF" w:rsidP="002835F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8712EC6" w14:textId="0E160339" w:rsidR="00880444" w:rsidRPr="00E47980" w:rsidRDefault="00B7220B" w:rsidP="00880444">
      <w:pPr>
        <w:pStyle w:val="Header"/>
        <w:jc w:val="both"/>
        <w:rPr>
          <w:b/>
          <w:noProof/>
          <w:color w:val="000000" w:themeColor="text1"/>
          <w:szCs w:val="24"/>
          <w:lang w:val="ro-RO"/>
        </w:rPr>
      </w:pPr>
      <w:r w:rsidRPr="00F87BDF">
        <w:rPr>
          <w:b/>
          <w:noProof/>
          <w:color w:val="FF0000"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D5A5CF8" wp14:editId="561C1ACE">
                <wp:simplePos x="0" y="0"/>
                <wp:positionH relativeFrom="column">
                  <wp:posOffset>3236595</wp:posOffset>
                </wp:positionH>
                <wp:positionV relativeFrom="paragraph">
                  <wp:posOffset>10795</wp:posOffset>
                </wp:positionV>
                <wp:extent cx="182880" cy="182880"/>
                <wp:effectExtent l="0" t="0" r="26670" b="26670"/>
                <wp:wrapNone/>
                <wp:docPr id="1" name="Dreptunghi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6DCD2" w14:textId="5952A6AF" w:rsidR="00B7220B" w:rsidRPr="007E697E" w:rsidRDefault="00B7220B" w:rsidP="00B7220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5A5CF8" id="Dreptunghi 1" o:spid="_x0000_s1026" style="position:absolute;left:0;text-align:left;margin-left:254.85pt;margin-top:.85pt;width:14.4pt;height:14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">
                <v:textbox inset="0,0,0,0">
                  <w:txbxContent>
                    <w:p w14:paraId="1B16DCD2" w14:textId="5952A6AF" w:rsidR="00B7220B" w:rsidRPr="007E697E" w:rsidRDefault="00B7220B" w:rsidP="00B7220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Pr="00F87BDF">
        <w:rPr>
          <w:b/>
          <w:noProof/>
          <w:color w:val="FF0000"/>
          <w:szCs w:val="24"/>
          <w:lang w:val="pt-BR"/>
        </w:rPr>
        <w:t xml:space="preserve">                            </w:t>
      </w:r>
      <w:r w:rsidRPr="00E47980">
        <w:rPr>
          <w:b/>
          <w:noProof/>
          <w:color w:val="000000" w:themeColor="text1"/>
          <w:szCs w:val="24"/>
          <w:lang w:val="pt-BR"/>
        </w:rPr>
        <w:t>solicit</w:t>
      </w:r>
      <w:r w:rsidRPr="00E47980">
        <w:rPr>
          <w:b/>
          <w:noProof/>
          <w:color w:val="000000" w:themeColor="text1"/>
          <w:szCs w:val="24"/>
          <w:lang w:val="ro-RO"/>
        </w:rPr>
        <w:t>ă</w:t>
      </w:r>
      <w:r w:rsidR="004F0764" w:rsidRPr="00E47980">
        <w:rPr>
          <w:b/>
          <w:noProof/>
          <w:color w:val="000000" w:themeColor="text1"/>
          <w:szCs w:val="24"/>
          <w:lang w:val="ro-RO"/>
        </w:rPr>
        <w:t xml:space="preserve">                                           </w:t>
      </w:r>
      <w:r w:rsidR="002835FF" w:rsidRPr="00E47980">
        <w:rPr>
          <w:b/>
          <w:noProof/>
          <w:color w:val="000000" w:themeColor="text1"/>
          <w:szCs w:val="24"/>
          <w:lang w:val="ro-RO"/>
        </w:rPr>
        <w:t xml:space="preserve">           </w:t>
      </w:r>
      <w:r w:rsidR="004F0764" w:rsidRPr="00E47980">
        <w:rPr>
          <w:b/>
          <w:noProof/>
          <w:color w:val="000000" w:themeColor="text1"/>
          <w:szCs w:val="24"/>
          <w:lang w:val="ro-RO"/>
        </w:rPr>
        <w:t xml:space="preserve"> solicită în regim de urgență</w:t>
      </w:r>
    </w:p>
    <w:p w14:paraId="791C248A" w14:textId="6AF311CE" w:rsidR="00880444" w:rsidRPr="008F4F82" w:rsidRDefault="00B7220B" w:rsidP="00880444">
      <w:pPr>
        <w:pStyle w:val="Header"/>
        <w:jc w:val="both"/>
        <w:rPr>
          <w:b/>
          <w:noProof/>
          <w:szCs w:val="24"/>
          <w:lang w:val="pt-BR"/>
        </w:rPr>
      </w:pPr>
      <w:r>
        <w:rPr>
          <w:b/>
          <w:noProof/>
          <w:szCs w:val="24"/>
          <w:lang w:val="pt-BR"/>
        </w:rPr>
        <w:t xml:space="preserve">                   </w:t>
      </w:r>
    </w:p>
    <w:p w14:paraId="47B2AE54" w14:textId="06FE6FD2" w:rsidR="00880444" w:rsidRPr="008F4F82" w:rsidRDefault="00880444" w:rsidP="00B7220B">
      <w:pPr>
        <w:pStyle w:val="Header"/>
        <w:spacing w:line="276" w:lineRule="auto"/>
        <w:jc w:val="both"/>
        <w:rPr>
          <w:b/>
          <w:noProof/>
          <w:szCs w:val="24"/>
          <w:lang w:val="pt-BR"/>
        </w:rPr>
      </w:pPr>
      <w:r w:rsidRPr="008F4F82">
        <w:rPr>
          <w:b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1531A2D0" wp14:editId="3215F6EF">
                <wp:simplePos x="0" y="0"/>
                <wp:positionH relativeFrom="column">
                  <wp:posOffset>187960</wp:posOffset>
                </wp:positionH>
                <wp:positionV relativeFrom="paragraph">
                  <wp:posOffset>10160</wp:posOffset>
                </wp:positionV>
                <wp:extent cx="182880" cy="182880"/>
                <wp:effectExtent l="0" t="0" r="26670" b="26670"/>
                <wp:wrapNone/>
                <wp:docPr id="38" name="Dreptunghi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35ED7" w14:textId="77777777" w:rsidR="002D65CA" w:rsidRPr="007E697E" w:rsidRDefault="002D65CA" w:rsidP="0088044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1A2D0" id="Dreptunghi 38" o:spid="_x0000_s1027" style="position:absolute;left:0;text-align:left;margin-left:14.8pt;margin-top:.8pt;width:14.4pt;height:14.4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">
                <v:textbox inset="0,0,0,0">
                  <w:txbxContent>
                    <w:p w14:paraId="47735ED7" w14:textId="77777777" w:rsidR="002D65CA" w:rsidRPr="007E697E" w:rsidRDefault="002D65CA" w:rsidP="0088044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Cs w:val="24"/>
          <w:lang w:val="pt-BR"/>
        </w:rPr>
        <w:t xml:space="preserve"> </w:t>
      </w:r>
      <w:r w:rsidRPr="008F4F82">
        <w:rPr>
          <w:b/>
          <w:noProof/>
          <w:szCs w:val="24"/>
          <w:lang w:val="pt-BR"/>
        </w:rPr>
        <w:t xml:space="preserve">       </w:t>
      </w:r>
      <w:r w:rsidRPr="008F4F82">
        <w:rPr>
          <w:noProof/>
          <w:szCs w:val="24"/>
          <w:lang w:val="pt-BR"/>
        </w:rPr>
        <w:t xml:space="preserve"> </w:t>
      </w:r>
      <w:r>
        <w:rPr>
          <w:noProof/>
          <w:szCs w:val="24"/>
          <w:lang w:val="pt-BR"/>
        </w:rPr>
        <w:t xml:space="preserve">        </w:t>
      </w:r>
      <w:r w:rsidRPr="008F4F82">
        <w:rPr>
          <w:b/>
          <w:noProof/>
          <w:szCs w:val="24"/>
          <w:lang w:val="pt-BR"/>
        </w:rPr>
        <w:t>Certificare</w:t>
      </w:r>
      <w:r w:rsidRPr="008F4F82">
        <w:rPr>
          <w:noProof/>
          <w:szCs w:val="24"/>
          <w:lang w:val="pt-BR"/>
        </w:rPr>
        <w:t xml:space="preserve"> </w:t>
      </w:r>
      <w:r w:rsidRPr="008F4F82">
        <w:rPr>
          <w:b/>
          <w:noProof/>
          <w:szCs w:val="24"/>
          <w:lang w:val="pt-BR"/>
        </w:rPr>
        <w:t>sistem de management al calităţii</w:t>
      </w:r>
      <w:r w:rsidRPr="008F4F82">
        <w:rPr>
          <w:noProof/>
          <w:szCs w:val="24"/>
          <w:lang w:val="pt-BR"/>
        </w:rPr>
        <w:t xml:space="preserve"> </w:t>
      </w:r>
      <w:r w:rsidRPr="008F4F82">
        <w:rPr>
          <w:b/>
          <w:noProof/>
          <w:szCs w:val="24"/>
          <w:lang w:val="pt-BR"/>
        </w:rPr>
        <w:t xml:space="preserve">în domeniul </w:t>
      </w:r>
      <w:r w:rsidR="00982210">
        <w:rPr>
          <w:b/>
          <w:noProof/>
          <w:szCs w:val="24"/>
          <w:lang w:val="pt-BR"/>
        </w:rPr>
        <w:t>.............</w:t>
      </w:r>
      <w:r w:rsidRPr="008F4F82">
        <w:rPr>
          <w:noProof/>
          <w:szCs w:val="24"/>
          <w:lang w:val="pt-BR"/>
        </w:rPr>
        <w:t xml:space="preserve">                  </w:t>
      </w:r>
      <w:r w:rsidRPr="008F4F82">
        <w:rPr>
          <w:b/>
          <w:noProof/>
          <w:szCs w:val="24"/>
          <w:lang w:val="pt-BR"/>
        </w:rPr>
        <w:t xml:space="preserve">                         </w:t>
      </w:r>
    </w:p>
    <w:p w14:paraId="43622F97" w14:textId="10723281" w:rsidR="00880444" w:rsidRPr="008F4F82" w:rsidRDefault="00B7220B" w:rsidP="00B7220B">
      <w:pPr>
        <w:pStyle w:val="Header"/>
        <w:ind w:left="993" w:hanging="993"/>
        <w:jc w:val="both"/>
        <w:rPr>
          <w:b/>
          <w:i/>
          <w:noProof/>
          <w:szCs w:val="24"/>
          <w:lang w:val="pt-BR"/>
        </w:rPr>
      </w:pPr>
      <w:r w:rsidRPr="008F4F82">
        <w:rPr>
          <w:b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3264C41" wp14:editId="41069CAB">
                <wp:simplePos x="0" y="0"/>
                <wp:positionH relativeFrom="column">
                  <wp:posOffset>199390</wp:posOffset>
                </wp:positionH>
                <wp:positionV relativeFrom="paragraph">
                  <wp:posOffset>292735</wp:posOffset>
                </wp:positionV>
                <wp:extent cx="182880" cy="182880"/>
                <wp:effectExtent l="0" t="0" r="26670" b="26670"/>
                <wp:wrapNone/>
                <wp:docPr id="36" name="Dreptunghi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06A93" w14:textId="77777777" w:rsidR="002D65CA" w:rsidRPr="007E697E" w:rsidRDefault="002D65CA" w:rsidP="0088044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64C41" id="Dreptunghi 36" o:spid="_x0000_s1028" style="position:absolute;left:0;text-align:left;margin-left:15.7pt;margin-top:23.05pt;width:14.4pt;height:14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">
                <v:textbox inset="0,0,0,0">
                  <w:txbxContent>
                    <w:p w14:paraId="1FA06A93" w14:textId="77777777" w:rsidR="002D65CA" w:rsidRPr="007E697E" w:rsidRDefault="002D65CA" w:rsidP="0088044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Pr="008F4F82">
        <w:rPr>
          <w:b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C3FB598" wp14:editId="2D63C25C">
                <wp:simplePos x="0" y="0"/>
                <wp:positionH relativeFrom="column">
                  <wp:posOffset>187960</wp:posOffset>
                </wp:positionH>
                <wp:positionV relativeFrom="paragraph">
                  <wp:posOffset>67945</wp:posOffset>
                </wp:positionV>
                <wp:extent cx="182880" cy="182880"/>
                <wp:effectExtent l="0" t="0" r="26670" b="26670"/>
                <wp:wrapNone/>
                <wp:docPr id="37" name="Dreptunghi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F4A95" w14:textId="77777777" w:rsidR="002D65CA" w:rsidRPr="007E697E" w:rsidRDefault="002D65CA" w:rsidP="0088044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FB598" id="Dreptunghi 37" o:spid="_x0000_s1029" style="position:absolute;left:0;text-align:left;margin-left:14.8pt;margin-top:5.35pt;width:14.4pt;height:1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">
                <v:textbox inset="0,0,0,0">
                  <w:txbxContent>
                    <w:p w14:paraId="10CF4A95" w14:textId="77777777" w:rsidR="002D65CA" w:rsidRPr="007E697E" w:rsidRDefault="002D65CA" w:rsidP="0088044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="00880444" w:rsidRPr="008F4F82">
        <w:rPr>
          <w:b/>
          <w:noProof/>
          <w:szCs w:val="24"/>
          <w:lang w:val="pt-BR"/>
        </w:rPr>
        <w:t xml:space="preserve">         </w:t>
      </w:r>
      <w:r w:rsidR="00880444">
        <w:rPr>
          <w:b/>
          <w:noProof/>
          <w:szCs w:val="24"/>
          <w:lang w:val="pt-BR"/>
        </w:rPr>
        <w:t xml:space="preserve">         </w:t>
      </w:r>
      <w:r w:rsidR="00880444" w:rsidRPr="008F4F82">
        <w:rPr>
          <w:b/>
          <w:noProof/>
          <w:szCs w:val="24"/>
          <w:lang w:val="pt-BR"/>
        </w:rPr>
        <w:t xml:space="preserve">Recertificare sistem de management al calităţii în domeniul </w:t>
      </w:r>
      <w:r w:rsidR="00982210">
        <w:rPr>
          <w:b/>
          <w:noProof/>
          <w:szCs w:val="24"/>
          <w:lang w:val="pt-BR"/>
        </w:rPr>
        <w:t>..........</w:t>
      </w:r>
      <w:r w:rsidR="00880444" w:rsidRPr="008F4F82">
        <w:rPr>
          <w:noProof/>
          <w:szCs w:val="24"/>
          <w:lang w:val="pt-BR"/>
        </w:rPr>
        <w:t xml:space="preserve"> </w:t>
      </w:r>
      <w:r w:rsidR="00880444" w:rsidRPr="008F4F82">
        <w:rPr>
          <w:b/>
          <w:i/>
          <w:noProof/>
          <w:szCs w:val="24"/>
          <w:lang w:val="pt-BR"/>
        </w:rPr>
        <w:t xml:space="preserve">       </w:t>
      </w:r>
      <w:r w:rsidR="00880444">
        <w:rPr>
          <w:b/>
          <w:i/>
          <w:noProof/>
          <w:szCs w:val="24"/>
          <w:lang w:val="pt-BR"/>
        </w:rPr>
        <w:t xml:space="preserve">                                     </w:t>
      </w:r>
      <w:r w:rsidR="00880444" w:rsidRPr="008F4F82">
        <w:rPr>
          <w:b/>
          <w:i/>
          <w:noProof/>
          <w:szCs w:val="24"/>
          <w:lang w:val="pt-BR"/>
        </w:rPr>
        <w:t>(certificat nr</w:t>
      </w:r>
      <w:r w:rsidR="00880444">
        <w:rPr>
          <w:b/>
          <w:i/>
          <w:noProof/>
          <w:szCs w:val="24"/>
          <w:lang w:val="pt-BR"/>
        </w:rPr>
        <w:t>. ....../</w:t>
      </w:r>
      <w:r w:rsidR="00880444" w:rsidRPr="008F4F82">
        <w:rPr>
          <w:b/>
          <w:i/>
          <w:noProof/>
          <w:szCs w:val="24"/>
          <w:lang w:val="pt-BR"/>
        </w:rPr>
        <w:t>..... )</w:t>
      </w:r>
    </w:p>
    <w:p w14:paraId="3174F163" w14:textId="295DD99D" w:rsidR="00880444" w:rsidRPr="008F4F82" w:rsidRDefault="00880444" w:rsidP="00B7220B">
      <w:pPr>
        <w:pStyle w:val="Header"/>
        <w:jc w:val="both"/>
        <w:rPr>
          <w:b/>
          <w:i/>
          <w:noProof/>
          <w:szCs w:val="24"/>
          <w:lang w:val="pt-BR"/>
        </w:rPr>
      </w:pPr>
      <w:r w:rsidRPr="008F4F82">
        <w:rPr>
          <w:b/>
          <w:noProof/>
          <w:szCs w:val="24"/>
          <w:lang w:val="pt-BR"/>
        </w:rPr>
        <w:t xml:space="preserve">      </w:t>
      </w:r>
      <w:r w:rsidRPr="008F4F82">
        <w:rPr>
          <w:b/>
          <w:i/>
          <w:noProof/>
          <w:szCs w:val="24"/>
          <w:lang w:val="pt-BR"/>
        </w:rPr>
        <w:t xml:space="preserve">  </w:t>
      </w:r>
      <w:r w:rsidR="00B7220B">
        <w:rPr>
          <w:b/>
          <w:noProof/>
          <w:szCs w:val="24"/>
          <w:lang w:val="pt-BR"/>
        </w:rPr>
        <w:t xml:space="preserve">         </w:t>
      </w:r>
      <w:r w:rsidRPr="008F4F82">
        <w:rPr>
          <w:b/>
          <w:noProof/>
          <w:szCs w:val="24"/>
          <w:lang w:val="pt-BR"/>
        </w:rPr>
        <w:t xml:space="preserve">Extindere </w:t>
      </w:r>
      <w:r w:rsidRPr="008F4F82">
        <w:rPr>
          <w:b/>
          <w:noProof/>
          <w:szCs w:val="24"/>
          <w:vertAlign w:val="superscript"/>
          <w:lang w:val="pt-BR"/>
        </w:rPr>
        <w:t xml:space="preserve">1 </w:t>
      </w:r>
      <w:r w:rsidRPr="008F4F82">
        <w:rPr>
          <w:b/>
          <w:noProof/>
          <w:szCs w:val="24"/>
          <w:lang w:val="pt-BR"/>
        </w:rPr>
        <w:t>domeniu de activitate / locaţie</w:t>
      </w:r>
      <w:r>
        <w:rPr>
          <w:b/>
          <w:noProof/>
          <w:szCs w:val="24"/>
          <w:lang w:val="pt-BR"/>
        </w:rPr>
        <w:t xml:space="preserve">  </w:t>
      </w:r>
      <w:r w:rsidRPr="008F4F82">
        <w:rPr>
          <w:b/>
          <w:i/>
          <w:noProof/>
          <w:szCs w:val="24"/>
          <w:lang w:val="pt-BR"/>
        </w:rPr>
        <w:t xml:space="preserve">(certificat nr. ...... / </w:t>
      </w:r>
      <w:r>
        <w:rPr>
          <w:b/>
          <w:i/>
          <w:noProof/>
          <w:szCs w:val="24"/>
          <w:lang w:val="pt-BR"/>
        </w:rPr>
        <w:t>.....</w:t>
      </w:r>
      <w:r w:rsidRPr="008F4F82">
        <w:rPr>
          <w:b/>
          <w:i/>
          <w:noProof/>
          <w:szCs w:val="24"/>
          <w:lang w:val="pt-BR"/>
        </w:rPr>
        <w:t xml:space="preserve">.)      </w:t>
      </w:r>
    </w:p>
    <w:p w14:paraId="0A377968" w14:textId="12E69824" w:rsidR="00880444" w:rsidRPr="008F4F82" w:rsidRDefault="00880444" w:rsidP="00B7220B">
      <w:pPr>
        <w:pStyle w:val="Header"/>
        <w:tabs>
          <w:tab w:val="left" w:pos="567"/>
        </w:tabs>
        <w:jc w:val="both"/>
        <w:rPr>
          <w:b/>
          <w:i/>
          <w:noProof/>
          <w:szCs w:val="24"/>
          <w:lang w:val="pt-BR"/>
        </w:rPr>
      </w:pPr>
      <w:r w:rsidRPr="008F4F82">
        <w:rPr>
          <w:b/>
          <w:noProof/>
          <w:szCs w:val="24"/>
          <w:lang w:val="pt-BR"/>
        </w:rPr>
        <w:t xml:space="preserve">        </w:t>
      </w:r>
      <w:r w:rsidRPr="008F4F82">
        <w:rPr>
          <w:b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F4830C2" wp14:editId="09BE123B">
                <wp:simplePos x="0" y="0"/>
                <wp:positionH relativeFrom="column">
                  <wp:posOffset>187960</wp:posOffset>
                </wp:positionH>
                <wp:positionV relativeFrom="paragraph">
                  <wp:posOffset>12065</wp:posOffset>
                </wp:positionV>
                <wp:extent cx="182880" cy="182880"/>
                <wp:effectExtent l="0" t="0" r="26670" b="26670"/>
                <wp:wrapNone/>
                <wp:docPr id="35" name="Dreptunghi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BCFB7" w14:textId="77777777" w:rsidR="002D65CA" w:rsidRPr="007E697E" w:rsidRDefault="002D65CA" w:rsidP="0088044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830C2" id="Dreptunghi 35" o:spid="_x0000_s1030" style="position:absolute;left:0;text-align:left;margin-left:14.8pt;margin-top:.95pt;width:14.4pt;height:14.4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">
                <v:textbox inset="0,0,0,0">
                  <w:txbxContent>
                    <w:p w14:paraId="781BCFB7" w14:textId="77777777" w:rsidR="002D65CA" w:rsidRPr="007E697E" w:rsidRDefault="002D65CA" w:rsidP="0088044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Cs w:val="24"/>
          <w:lang w:val="pt-BR"/>
        </w:rPr>
        <w:t xml:space="preserve">          </w:t>
      </w:r>
      <w:r w:rsidRPr="008F4F82">
        <w:rPr>
          <w:b/>
          <w:noProof/>
          <w:szCs w:val="24"/>
          <w:lang w:val="pt-BR"/>
        </w:rPr>
        <w:t xml:space="preserve">Restrângere </w:t>
      </w:r>
      <w:r w:rsidRPr="008F4F82">
        <w:rPr>
          <w:b/>
          <w:noProof/>
          <w:szCs w:val="24"/>
          <w:vertAlign w:val="superscript"/>
          <w:lang w:val="pt-BR"/>
        </w:rPr>
        <w:t>1</w:t>
      </w:r>
      <w:r w:rsidRPr="008F4F82">
        <w:rPr>
          <w:b/>
          <w:noProof/>
          <w:szCs w:val="24"/>
          <w:lang w:val="pt-BR"/>
        </w:rPr>
        <w:t xml:space="preserve"> domeniu de activitate / locaţie  </w:t>
      </w:r>
      <w:r>
        <w:rPr>
          <w:b/>
          <w:noProof/>
          <w:szCs w:val="24"/>
          <w:lang w:val="pt-BR"/>
        </w:rPr>
        <w:t>(</w:t>
      </w:r>
      <w:r w:rsidRPr="008F4F82">
        <w:rPr>
          <w:b/>
          <w:i/>
          <w:noProof/>
          <w:szCs w:val="24"/>
          <w:lang w:val="pt-BR"/>
        </w:rPr>
        <w:t>certificat nr. ...... / ..</w:t>
      </w:r>
      <w:r>
        <w:rPr>
          <w:b/>
          <w:i/>
          <w:noProof/>
          <w:szCs w:val="24"/>
          <w:lang w:val="pt-BR"/>
        </w:rPr>
        <w:t>.</w:t>
      </w:r>
      <w:r w:rsidRPr="008F4F82">
        <w:rPr>
          <w:b/>
          <w:i/>
          <w:noProof/>
          <w:szCs w:val="24"/>
          <w:lang w:val="pt-BR"/>
        </w:rPr>
        <w:t xml:space="preserve">.....)        </w:t>
      </w:r>
    </w:p>
    <w:p w14:paraId="0D394E25" w14:textId="77777777" w:rsidR="00880444" w:rsidRDefault="00880444" w:rsidP="00880444">
      <w:pPr>
        <w:pStyle w:val="Header"/>
        <w:jc w:val="both"/>
        <w:rPr>
          <w:b/>
          <w:noProof/>
          <w:szCs w:val="24"/>
          <w:lang w:val="pt-BR"/>
        </w:rPr>
      </w:pPr>
      <w:r w:rsidRPr="008F4F82">
        <w:rPr>
          <w:b/>
          <w:noProof/>
          <w:szCs w:val="24"/>
          <w:lang w:val="pt-BR"/>
        </w:rPr>
        <w:t xml:space="preserve">          </w:t>
      </w:r>
    </w:p>
    <w:p w14:paraId="6A77A03B" w14:textId="77777777" w:rsidR="00880444" w:rsidRPr="008F4F82" w:rsidRDefault="00880444" w:rsidP="00880444">
      <w:pPr>
        <w:pStyle w:val="Header"/>
        <w:jc w:val="both"/>
        <w:rPr>
          <w:b/>
          <w:noProof/>
          <w:szCs w:val="24"/>
          <w:lang w:val="pt-BR"/>
        </w:rPr>
      </w:pPr>
      <w:r w:rsidRPr="008F4F82">
        <w:rPr>
          <w:b/>
          <w:i/>
          <w:noProof/>
          <w:szCs w:val="24"/>
          <w:u w:val="single"/>
          <w:lang w:val="pt-BR"/>
        </w:rPr>
        <w:t>pentru</w:t>
      </w:r>
      <w:r w:rsidRPr="008F4F82">
        <w:rPr>
          <w:b/>
          <w:noProof/>
          <w:szCs w:val="24"/>
          <w:lang w:val="pt-BR"/>
        </w:rPr>
        <w:t>:</w:t>
      </w:r>
    </w:p>
    <w:p w14:paraId="0A4AD985" w14:textId="77777777" w:rsidR="00880444" w:rsidRPr="008F4F82" w:rsidRDefault="00880444" w:rsidP="00880444">
      <w:pPr>
        <w:pStyle w:val="Header"/>
        <w:jc w:val="both"/>
        <w:rPr>
          <w:b/>
          <w:noProof/>
          <w:szCs w:val="24"/>
          <w:lang w:val="pt-BR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505"/>
        <w:gridCol w:w="1306"/>
        <w:gridCol w:w="1157"/>
        <w:gridCol w:w="1170"/>
        <w:gridCol w:w="1080"/>
        <w:gridCol w:w="1440"/>
        <w:gridCol w:w="1890"/>
      </w:tblGrid>
      <w:tr w:rsidR="00DC59F6" w:rsidRPr="008F4F82" w14:paraId="64E8BBB9" w14:textId="77777777" w:rsidTr="00D24637">
        <w:trPr>
          <w:trHeight w:val="190"/>
        </w:trPr>
        <w:tc>
          <w:tcPr>
            <w:tcW w:w="480" w:type="dxa"/>
            <w:vMerge w:val="restart"/>
            <w:shd w:val="clear" w:color="auto" w:fill="D0CECE"/>
          </w:tcPr>
          <w:p w14:paraId="74876DDF" w14:textId="77777777" w:rsidR="00DC59F6" w:rsidRPr="008F4F82" w:rsidRDefault="00DC59F6" w:rsidP="00C23365">
            <w:pPr>
              <w:pStyle w:val="Header"/>
              <w:ind w:right="-143"/>
              <w:rPr>
                <w:b/>
                <w:noProof/>
                <w:szCs w:val="24"/>
                <w:lang w:val="pt-BR"/>
              </w:rPr>
            </w:pPr>
          </w:p>
          <w:p w14:paraId="0A8F0AD0" w14:textId="77777777" w:rsidR="00DC59F6" w:rsidRPr="008F4F82" w:rsidRDefault="00DC59F6" w:rsidP="00C23365">
            <w:pPr>
              <w:pStyle w:val="Header"/>
              <w:ind w:left="-4" w:right="-143" w:firstLine="4"/>
              <w:rPr>
                <w:b/>
                <w:noProof/>
                <w:szCs w:val="24"/>
                <w:lang w:val="pt-BR"/>
              </w:rPr>
            </w:pPr>
            <w:r w:rsidRPr="008F4F82">
              <w:rPr>
                <w:b/>
                <w:noProof/>
                <w:szCs w:val="24"/>
                <w:lang w:val="pt-BR"/>
              </w:rPr>
              <w:t>Nr. crt.</w:t>
            </w:r>
          </w:p>
        </w:tc>
        <w:tc>
          <w:tcPr>
            <w:tcW w:w="1505" w:type="dxa"/>
            <w:vMerge w:val="restart"/>
            <w:shd w:val="clear" w:color="auto" w:fill="D0CECE"/>
          </w:tcPr>
          <w:p w14:paraId="2C9E7859" w14:textId="77777777" w:rsidR="00DC59F6" w:rsidRDefault="00DC59F6" w:rsidP="00C23365">
            <w:pPr>
              <w:pStyle w:val="Header"/>
              <w:ind w:right="-143"/>
              <w:jc w:val="center"/>
              <w:rPr>
                <w:b/>
                <w:iCs/>
                <w:noProof/>
                <w:szCs w:val="24"/>
                <w:lang w:val="pt-BR"/>
              </w:rPr>
            </w:pPr>
            <w:r>
              <w:rPr>
                <w:b/>
                <w:iCs/>
                <w:noProof/>
                <w:szCs w:val="24"/>
                <w:lang w:val="pt-BR"/>
              </w:rPr>
              <w:t xml:space="preserve">Locaţie </w:t>
            </w:r>
          </w:p>
          <w:p w14:paraId="567BBD4E" w14:textId="77777777" w:rsidR="00DC59F6" w:rsidRDefault="00DC59F6" w:rsidP="00C23365">
            <w:pPr>
              <w:pStyle w:val="Header"/>
              <w:ind w:right="-143"/>
              <w:jc w:val="center"/>
              <w:rPr>
                <w:b/>
                <w:iCs/>
                <w:noProof/>
                <w:szCs w:val="24"/>
                <w:lang w:val="pt-BR"/>
              </w:rPr>
            </w:pPr>
            <w:r>
              <w:rPr>
                <w:b/>
                <w:iCs/>
                <w:noProof/>
                <w:szCs w:val="24"/>
                <w:lang w:val="pt-BR"/>
              </w:rPr>
              <w:t xml:space="preserve">(sediu/ punct </w:t>
            </w:r>
          </w:p>
          <w:p w14:paraId="641A4468" w14:textId="77777777" w:rsidR="00DC59F6" w:rsidRDefault="00DC59F6" w:rsidP="00C23365">
            <w:pPr>
              <w:pStyle w:val="Header"/>
              <w:ind w:right="-143"/>
              <w:jc w:val="center"/>
              <w:rPr>
                <w:b/>
                <w:iCs/>
                <w:noProof/>
                <w:szCs w:val="24"/>
                <w:lang w:val="pt-BR"/>
              </w:rPr>
            </w:pPr>
            <w:r>
              <w:rPr>
                <w:b/>
                <w:iCs/>
                <w:noProof/>
                <w:szCs w:val="24"/>
                <w:lang w:val="pt-BR"/>
              </w:rPr>
              <w:t>de lucru)</w:t>
            </w:r>
          </w:p>
        </w:tc>
        <w:tc>
          <w:tcPr>
            <w:tcW w:w="1306" w:type="dxa"/>
            <w:vMerge w:val="restart"/>
            <w:shd w:val="clear" w:color="auto" w:fill="D0CECE"/>
          </w:tcPr>
          <w:p w14:paraId="5EBF3946" w14:textId="77777777" w:rsidR="00DC59F6" w:rsidRDefault="00DC59F6" w:rsidP="00C23365">
            <w:pPr>
              <w:pStyle w:val="Header"/>
              <w:ind w:right="-143"/>
              <w:jc w:val="center"/>
              <w:rPr>
                <w:b/>
                <w:iCs/>
                <w:noProof/>
                <w:szCs w:val="24"/>
                <w:lang w:val="pt-BR"/>
              </w:rPr>
            </w:pPr>
          </w:p>
          <w:p w14:paraId="6905170E" w14:textId="77777777" w:rsidR="00DC59F6" w:rsidRPr="008F4F82" w:rsidRDefault="00DC59F6" w:rsidP="00C23365">
            <w:pPr>
              <w:pStyle w:val="Header"/>
              <w:ind w:right="-143"/>
              <w:jc w:val="center"/>
              <w:rPr>
                <w:b/>
                <w:iCs/>
                <w:noProof/>
                <w:szCs w:val="24"/>
                <w:lang w:val="pt-BR"/>
              </w:rPr>
            </w:pPr>
            <w:r w:rsidRPr="008F4F82">
              <w:rPr>
                <w:b/>
                <w:iCs/>
                <w:noProof/>
                <w:szCs w:val="24"/>
                <w:lang w:val="pt-BR"/>
              </w:rPr>
              <w:t>Domeniu de activitate</w:t>
            </w:r>
          </w:p>
        </w:tc>
        <w:tc>
          <w:tcPr>
            <w:tcW w:w="4847" w:type="dxa"/>
            <w:gridSpan w:val="4"/>
            <w:shd w:val="clear" w:color="auto" w:fill="D0CECE"/>
          </w:tcPr>
          <w:p w14:paraId="0352721F" w14:textId="73669703" w:rsidR="00DC59F6" w:rsidRPr="00982210" w:rsidRDefault="00DC59F6" w:rsidP="00C23365">
            <w:pPr>
              <w:pStyle w:val="Header"/>
              <w:ind w:right="-143"/>
              <w:jc w:val="center"/>
              <w:rPr>
                <w:b/>
                <w:iCs/>
                <w:noProof/>
                <w:szCs w:val="24"/>
                <w:lang w:val="pt-BR"/>
              </w:rPr>
            </w:pPr>
            <w:r w:rsidRPr="00982210">
              <w:rPr>
                <w:b/>
                <w:iCs/>
                <w:noProof/>
                <w:szCs w:val="24"/>
                <w:lang w:val="pt-BR"/>
              </w:rPr>
              <w:t xml:space="preserve">Complexitate </w:t>
            </w:r>
          </w:p>
          <w:p w14:paraId="0CF0B04F" w14:textId="77777777" w:rsidR="00DC59F6" w:rsidRPr="00982210" w:rsidRDefault="00DC59F6" w:rsidP="00C23365">
            <w:pPr>
              <w:pStyle w:val="Header"/>
              <w:ind w:right="-143"/>
              <w:jc w:val="center"/>
              <w:rPr>
                <w:b/>
                <w:iCs/>
                <w:noProof/>
                <w:szCs w:val="24"/>
                <w:lang w:val="pt-BR"/>
              </w:rPr>
            </w:pPr>
            <w:r w:rsidRPr="00982210">
              <w:rPr>
                <w:b/>
                <w:iCs/>
                <w:noProof/>
                <w:szCs w:val="24"/>
                <w:lang w:val="pt-BR"/>
              </w:rPr>
              <w:t>domeniu de activitate</w:t>
            </w:r>
          </w:p>
        </w:tc>
        <w:tc>
          <w:tcPr>
            <w:tcW w:w="1890" w:type="dxa"/>
            <w:vMerge w:val="restart"/>
            <w:shd w:val="clear" w:color="auto" w:fill="D0CECE"/>
          </w:tcPr>
          <w:p w14:paraId="08A87E27" w14:textId="77777777" w:rsidR="00DC59F6" w:rsidRPr="008F4F82" w:rsidRDefault="00DC59F6" w:rsidP="00C23365">
            <w:pPr>
              <w:pStyle w:val="Header"/>
              <w:ind w:right="-143"/>
              <w:jc w:val="center"/>
              <w:rPr>
                <w:b/>
                <w:iCs/>
                <w:noProof/>
                <w:szCs w:val="24"/>
                <w:lang w:val="pt-BR"/>
              </w:rPr>
            </w:pPr>
            <w:r w:rsidRPr="008F4F82">
              <w:rPr>
                <w:b/>
                <w:iCs/>
                <w:noProof/>
                <w:szCs w:val="24"/>
                <w:lang w:val="pt-BR"/>
              </w:rPr>
              <w:t>Număr de angajaţi</w:t>
            </w:r>
          </w:p>
          <w:p w14:paraId="42FC5229" w14:textId="77777777" w:rsidR="00DC59F6" w:rsidRPr="008F4F82" w:rsidRDefault="00DC59F6" w:rsidP="00C23365">
            <w:pPr>
              <w:pStyle w:val="Header"/>
              <w:ind w:right="-143"/>
              <w:jc w:val="center"/>
              <w:rPr>
                <w:b/>
                <w:iCs/>
                <w:noProof/>
                <w:color w:val="FF0000"/>
                <w:szCs w:val="24"/>
                <w:lang w:val="pt-BR"/>
              </w:rPr>
            </w:pPr>
            <w:r w:rsidRPr="008F4F82">
              <w:rPr>
                <w:b/>
                <w:iCs/>
                <w:noProof/>
                <w:szCs w:val="24"/>
                <w:lang w:val="pt-BR"/>
              </w:rPr>
              <w:t>(implicaţi în domeniul de activitate)</w:t>
            </w:r>
          </w:p>
        </w:tc>
      </w:tr>
      <w:tr w:rsidR="00982210" w:rsidRPr="008F4F82" w14:paraId="2E8C3DA1" w14:textId="77777777" w:rsidTr="00D24637">
        <w:trPr>
          <w:trHeight w:val="190"/>
        </w:trPr>
        <w:tc>
          <w:tcPr>
            <w:tcW w:w="480" w:type="dxa"/>
            <w:vMerge/>
            <w:shd w:val="clear" w:color="auto" w:fill="D0CECE"/>
          </w:tcPr>
          <w:p w14:paraId="4F76906F" w14:textId="77777777" w:rsidR="00982210" w:rsidRPr="008F4F82" w:rsidRDefault="00982210" w:rsidP="00C23365">
            <w:pPr>
              <w:pStyle w:val="Header"/>
              <w:ind w:right="-143"/>
              <w:jc w:val="center"/>
              <w:rPr>
                <w:b/>
                <w:i/>
                <w:noProof/>
                <w:szCs w:val="24"/>
                <w:lang w:val="pt-BR"/>
              </w:rPr>
            </w:pPr>
          </w:p>
        </w:tc>
        <w:tc>
          <w:tcPr>
            <w:tcW w:w="1505" w:type="dxa"/>
            <w:vMerge/>
            <w:shd w:val="clear" w:color="auto" w:fill="D0CECE"/>
          </w:tcPr>
          <w:p w14:paraId="128FBF34" w14:textId="77777777" w:rsidR="00982210" w:rsidRPr="008F4F82" w:rsidRDefault="00982210" w:rsidP="00C23365">
            <w:pPr>
              <w:pStyle w:val="Header"/>
              <w:ind w:right="-143"/>
              <w:jc w:val="center"/>
              <w:rPr>
                <w:b/>
                <w:iCs/>
                <w:noProof/>
                <w:szCs w:val="24"/>
                <w:lang w:val="pt-BR"/>
              </w:rPr>
            </w:pPr>
          </w:p>
        </w:tc>
        <w:tc>
          <w:tcPr>
            <w:tcW w:w="1306" w:type="dxa"/>
            <w:vMerge/>
            <w:shd w:val="clear" w:color="auto" w:fill="D0CECE"/>
          </w:tcPr>
          <w:p w14:paraId="2FA6EF4E" w14:textId="77777777" w:rsidR="00982210" w:rsidRPr="008F4F82" w:rsidRDefault="00982210" w:rsidP="00C23365">
            <w:pPr>
              <w:pStyle w:val="Header"/>
              <w:ind w:right="-143"/>
              <w:jc w:val="center"/>
              <w:rPr>
                <w:b/>
                <w:iCs/>
                <w:noProof/>
                <w:szCs w:val="24"/>
                <w:lang w:val="pt-BR"/>
              </w:rPr>
            </w:pPr>
          </w:p>
        </w:tc>
        <w:tc>
          <w:tcPr>
            <w:tcW w:w="1157" w:type="dxa"/>
            <w:shd w:val="clear" w:color="auto" w:fill="D0CECE"/>
          </w:tcPr>
          <w:p w14:paraId="2A3688D7" w14:textId="41D49793" w:rsidR="00982210" w:rsidRPr="00982210" w:rsidRDefault="00982210" w:rsidP="00C23365">
            <w:pPr>
              <w:pStyle w:val="Header"/>
              <w:ind w:right="-143"/>
              <w:rPr>
                <w:b/>
                <w:iCs/>
                <w:noProof/>
                <w:szCs w:val="24"/>
                <w:lang w:val="pt-BR"/>
              </w:rPr>
            </w:pPr>
            <w:r>
              <w:rPr>
                <w:b/>
                <w:iCs/>
                <w:noProof/>
                <w:szCs w:val="24"/>
                <w:lang w:val="pt-BR"/>
              </w:rPr>
              <w:t>gradul 1 (ridicat)</w:t>
            </w:r>
          </w:p>
        </w:tc>
        <w:tc>
          <w:tcPr>
            <w:tcW w:w="1170" w:type="dxa"/>
            <w:shd w:val="clear" w:color="auto" w:fill="D0CECE"/>
          </w:tcPr>
          <w:p w14:paraId="32374CC4" w14:textId="419A7053" w:rsidR="00982210" w:rsidRPr="00982210" w:rsidRDefault="00982210" w:rsidP="00982210">
            <w:pPr>
              <w:pStyle w:val="Header"/>
              <w:ind w:right="-143"/>
              <w:rPr>
                <w:b/>
                <w:iCs/>
                <w:noProof/>
                <w:szCs w:val="24"/>
                <w:lang w:val="pt-BR"/>
              </w:rPr>
            </w:pPr>
            <w:r>
              <w:rPr>
                <w:b/>
                <w:iCs/>
                <w:noProof/>
                <w:szCs w:val="24"/>
                <w:lang w:val="pt-BR"/>
              </w:rPr>
              <w:t>gradul 2 (mediu)</w:t>
            </w:r>
          </w:p>
        </w:tc>
        <w:tc>
          <w:tcPr>
            <w:tcW w:w="1080" w:type="dxa"/>
            <w:shd w:val="clear" w:color="auto" w:fill="D0CECE"/>
          </w:tcPr>
          <w:p w14:paraId="0E88D558" w14:textId="22CFE441" w:rsidR="00982210" w:rsidRPr="00982210" w:rsidRDefault="00982210" w:rsidP="00982210">
            <w:pPr>
              <w:pStyle w:val="Header"/>
              <w:ind w:right="-143"/>
              <w:rPr>
                <w:b/>
                <w:iCs/>
                <w:noProof/>
                <w:szCs w:val="24"/>
                <w:lang w:val="pt-BR"/>
              </w:rPr>
            </w:pPr>
            <w:r>
              <w:rPr>
                <w:b/>
                <w:iCs/>
                <w:noProof/>
                <w:szCs w:val="24"/>
                <w:lang w:val="pt-BR"/>
              </w:rPr>
              <w:t>gradul 3 (scăzut)</w:t>
            </w:r>
          </w:p>
        </w:tc>
        <w:tc>
          <w:tcPr>
            <w:tcW w:w="1440" w:type="dxa"/>
            <w:shd w:val="clear" w:color="auto" w:fill="D0CECE"/>
          </w:tcPr>
          <w:p w14:paraId="326D5827" w14:textId="4BE45B42" w:rsidR="00982210" w:rsidRPr="00982210" w:rsidRDefault="00982210" w:rsidP="00C23365">
            <w:pPr>
              <w:pStyle w:val="Header"/>
              <w:ind w:right="-143"/>
              <w:rPr>
                <w:b/>
                <w:iCs/>
                <w:noProof/>
                <w:szCs w:val="24"/>
                <w:lang w:val="pt-BR"/>
              </w:rPr>
            </w:pPr>
            <w:r>
              <w:rPr>
                <w:b/>
                <w:iCs/>
                <w:noProof/>
                <w:szCs w:val="24"/>
                <w:lang w:val="pt-BR"/>
              </w:rPr>
              <w:t>Fără complexitate</w:t>
            </w:r>
          </w:p>
        </w:tc>
        <w:tc>
          <w:tcPr>
            <w:tcW w:w="1890" w:type="dxa"/>
            <w:vMerge/>
            <w:shd w:val="clear" w:color="auto" w:fill="D0CECE"/>
          </w:tcPr>
          <w:p w14:paraId="27DB9913" w14:textId="77777777" w:rsidR="00982210" w:rsidRPr="008F4F82" w:rsidRDefault="00982210" w:rsidP="00C23365">
            <w:pPr>
              <w:pStyle w:val="Header"/>
              <w:ind w:right="-143"/>
              <w:jc w:val="center"/>
              <w:rPr>
                <w:b/>
                <w:iCs/>
                <w:noProof/>
                <w:color w:val="FF0000"/>
                <w:szCs w:val="24"/>
                <w:lang w:val="pt-BR"/>
              </w:rPr>
            </w:pPr>
          </w:p>
        </w:tc>
      </w:tr>
      <w:tr w:rsidR="00982210" w:rsidRPr="008F4F82" w14:paraId="2ADD0449" w14:textId="77777777" w:rsidTr="00D24637">
        <w:tc>
          <w:tcPr>
            <w:tcW w:w="480" w:type="dxa"/>
          </w:tcPr>
          <w:p w14:paraId="55250727" w14:textId="77777777" w:rsidR="00982210" w:rsidRPr="008F4F82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505" w:type="dxa"/>
          </w:tcPr>
          <w:p w14:paraId="08904FD1" w14:textId="77777777" w:rsidR="00982210" w:rsidRPr="008F4F82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306" w:type="dxa"/>
          </w:tcPr>
          <w:p w14:paraId="2352C6F1" w14:textId="77777777" w:rsidR="00982210" w:rsidRPr="008F4F82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157" w:type="dxa"/>
          </w:tcPr>
          <w:p w14:paraId="07862AAA" w14:textId="77777777" w:rsidR="00982210" w:rsidRPr="00982210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170" w:type="dxa"/>
          </w:tcPr>
          <w:p w14:paraId="39A6C000" w14:textId="092C675E" w:rsidR="00982210" w:rsidRPr="00982210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080" w:type="dxa"/>
          </w:tcPr>
          <w:p w14:paraId="4D209F88" w14:textId="77777777" w:rsidR="00982210" w:rsidRPr="00982210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440" w:type="dxa"/>
          </w:tcPr>
          <w:p w14:paraId="779514F2" w14:textId="77777777" w:rsidR="00982210" w:rsidRPr="00982210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890" w:type="dxa"/>
          </w:tcPr>
          <w:p w14:paraId="2D518160" w14:textId="77777777" w:rsidR="00982210" w:rsidRPr="008F4F82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</w:tr>
      <w:tr w:rsidR="00982210" w:rsidRPr="008F4F82" w14:paraId="219F81A6" w14:textId="77777777" w:rsidTr="00D24637">
        <w:tc>
          <w:tcPr>
            <w:tcW w:w="480" w:type="dxa"/>
          </w:tcPr>
          <w:p w14:paraId="7BFA3823" w14:textId="77777777" w:rsidR="00982210" w:rsidRPr="008F4F82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505" w:type="dxa"/>
          </w:tcPr>
          <w:p w14:paraId="49488BD4" w14:textId="77777777" w:rsidR="00982210" w:rsidRPr="008F4F82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306" w:type="dxa"/>
          </w:tcPr>
          <w:p w14:paraId="7F291A41" w14:textId="77777777" w:rsidR="00982210" w:rsidRPr="008F4F82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157" w:type="dxa"/>
          </w:tcPr>
          <w:p w14:paraId="6BD8FB0A" w14:textId="77777777" w:rsidR="00982210" w:rsidRPr="00982210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170" w:type="dxa"/>
          </w:tcPr>
          <w:p w14:paraId="66E13270" w14:textId="411F60FF" w:rsidR="00982210" w:rsidRPr="00982210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080" w:type="dxa"/>
          </w:tcPr>
          <w:p w14:paraId="6858D238" w14:textId="77777777" w:rsidR="00982210" w:rsidRPr="00982210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440" w:type="dxa"/>
          </w:tcPr>
          <w:p w14:paraId="32859EE3" w14:textId="77777777" w:rsidR="00982210" w:rsidRPr="00982210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890" w:type="dxa"/>
          </w:tcPr>
          <w:p w14:paraId="4B2D3D8F" w14:textId="77777777" w:rsidR="00982210" w:rsidRPr="008F4F82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</w:tr>
      <w:tr w:rsidR="00982210" w:rsidRPr="008F4F82" w14:paraId="24554CF1" w14:textId="77777777" w:rsidTr="00D24637">
        <w:tc>
          <w:tcPr>
            <w:tcW w:w="480" w:type="dxa"/>
          </w:tcPr>
          <w:p w14:paraId="7F3D89F4" w14:textId="77777777" w:rsidR="00982210" w:rsidRPr="008F4F82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505" w:type="dxa"/>
          </w:tcPr>
          <w:p w14:paraId="76E24EDF" w14:textId="77777777" w:rsidR="00982210" w:rsidRPr="008F4F82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306" w:type="dxa"/>
          </w:tcPr>
          <w:p w14:paraId="62F8BD51" w14:textId="77777777" w:rsidR="00982210" w:rsidRPr="008F4F82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157" w:type="dxa"/>
          </w:tcPr>
          <w:p w14:paraId="3681C152" w14:textId="77777777" w:rsidR="00982210" w:rsidRPr="00982210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170" w:type="dxa"/>
          </w:tcPr>
          <w:p w14:paraId="7B83B373" w14:textId="7E2397C1" w:rsidR="00982210" w:rsidRPr="00982210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080" w:type="dxa"/>
          </w:tcPr>
          <w:p w14:paraId="0688399E" w14:textId="77777777" w:rsidR="00982210" w:rsidRPr="00982210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440" w:type="dxa"/>
          </w:tcPr>
          <w:p w14:paraId="3317192C" w14:textId="77777777" w:rsidR="00982210" w:rsidRPr="00982210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  <w:tc>
          <w:tcPr>
            <w:tcW w:w="1890" w:type="dxa"/>
          </w:tcPr>
          <w:p w14:paraId="182D7E5C" w14:textId="77777777" w:rsidR="00982210" w:rsidRPr="008F4F82" w:rsidRDefault="00982210" w:rsidP="00C23365">
            <w:pPr>
              <w:pStyle w:val="Header"/>
              <w:ind w:right="-143"/>
              <w:jc w:val="both"/>
              <w:rPr>
                <w:noProof/>
                <w:szCs w:val="24"/>
                <w:lang w:val="pt-BR"/>
              </w:rPr>
            </w:pPr>
          </w:p>
        </w:tc>
      </w:tr>
    </w:tbl>
    <w:p w14:paraId="777571E5" w14:textId="77777777" w:rsidR="00880444" w:rsidRPr="006E4BFF" w:rsidRDefault="00880444" w:rsidP="00880444">
      <w:pPr>
        <w:pStyle w:val="Header"/>
        <w:jc w:val="both"/>
        <w:rPr>
          <w:noProof/>
          <w:spacing w:val="-2"/>
          <w:sz w:val="10"/>
          <w:szCs w:val="10"/>
          <w:lang w:val="pt-BR"/>
        </w:rPr>
      </w:pPr>
      <w:r w:rsidRPr="008F4F82">
        <w:rPr>
          <w:b/>
          <w:noProof/>
          <w:spacing w:val="-2"/>
          <w:szCs w:val="24"/>
          <w:lang w:val="pt-BR"/>
        </w:rPr>
        <w:t xml:space="preserve"> </w:t>
      </w:r>
      <w:r w:rsidRPr="008F4F82">
        <w:rPr>
          <w:noProof/>
          <w:spacing w:val="-2"/>
          <w:szCs w:val="24"/>
          <w:lang w:val="pt-BR"/>
        </w:rPr>
        <w:t xml:space="preserve"> </w:t>
      </w:r>
    </w:p>
    <w:p w14:paraId="4D9F3556" w14:textId="3367C642" w:rsidR="00880444" w:rsidRPr="00C55CC3" w:rsidRDefault="00880444" w:rsidP="000747F9">
      <w:pPr>
        <w:pStyle w:val="Header"/>
        <w:jc w:val="both"/>
        <w:rPr>
          <w:rFonts w:eastAsia="Calibri"/>
          <w:i/>
          <w:sz w:val="18"/>
          <w:szCs w:val="18"/>
          <w:lang w:val="it-IT"/>
        </w:rPr>
      </w:pPr>
      <w:r w:rsidRPr="008F4F82">
        <w:rPr>
          <w:noProof/>
          <w:spacing w:val="-2"/>
          <w:szCs w:val="24"/>
          <w:lang w:val="pt-BR"/>
        </w:rPr>
        <w:t xml:space="preserve">   </w:t>
      </w:r>
      <w:r w:rsidRPr="00993608">
        <w:rPr>
          <w:i/>
          <w:noProof/>
          <w:sz w:val="18"/>
          <w:szCs w:val="18"/>
          <w:vertAlign w:val="superscript"/>
          <w:lang w:val="pt-BR"/>
        </w:rPr>
        <w:t xml:space="preserve">1 </w:t>
      </w:r>
      <w:r w:rsidRPr="00F917F9">
        <w:rPr>
          <w:rFonts w:eastAsia="Calibri"/>
          <w:i/>
          <w:sz w:val="18"/>
          <w:szCs w:val="18"/>
          <w:lang w:val="it-IT"/>
        </w:rPr>
        <w:t xml:space="preserve"> în cazul extinderii/ restrangerii domeniului de activitate, se va completa tabelul doar cu locatiile/domeniile de activitate</w:t>
      </w:r>
      <w:r w:rsidRPr="00F917F9">
        <w:rPr>
          <w:rFonts w:eastAsia="Calibri"/>
          <w:i/>
          <w:sz w:val="18"/>
          <w:szCs w:val="18"/>
          <w:vertAlign w:val="superscript"/>
          <w:lang w:val="it-IT"/>
        </w:rPr>
        <w:t xml:space="preserve"> </w:t>
      </w:r>
      <w:r w:rsidRPr="00F917F9">
        <w:rPr>
          <w:rFonts w:eastAsia="Calibri"/>
          <w:i/>
          <w:sz w:val="18"/>
          <w:szCs w:val="18"/>
          <w:lang w:val="it-IT"/>
        </w:rPr>
        <w:t>aferente extinderii/ restrângerii.</w:t>
      </w:r>
      <w:r w:rsidRPr="008F4F82">
        <w:rPr>
          <w:noProof/>
          <w:spacing w:val="-2"/>
          <w:szCs w:val="24"/>
          <w:lang w:val="pt-BR"/>
        </w:rPr>
        <w:t xml:space="preserve">   </w:t>
      </w:r>
    </w:p>
    <w:p w14:paraId="49107FD7" w14:textId="77777777" w:rsidR="00C55CC3" w:rsidRDefault="00880444" w:rsidP="000747F9">
      <w:pPr>
        <w:spacing w:before="120" w:after="0" w:line="240" w:lineRule="auto"/>
        <w:ind w:firstLine="562"/>
        <w:jc w:val="both"/>
        <w:rPr>
          <w:i/>
          <w:szCs w:val="24"/>
          <w:lang w:val="ro-RO"/>
        </w:rPr>
      </w:pPr>
      <w:r w:rsidRPr="008F4F82">
        <w:rPr>
          <w:b/>
          <w:szCs w:val="24"/>
          <w:lang w:val="ro-RO"/>
        </w:rPr>
        <w:t>Număr total angajaţi</w:t>
      </w:r>
      <w:r w:rsidRPr="008F4F82">
        <w:rPr>
          <w:szCs w:val="24"/>
          <w:lang w:val="ro-RO"/>
        </w:rPr>
        <w:t xml:space="preserve">: </w:t>
      </w:r>
      <w:r w:rsidRPr="008F4F82">
        <w:rPr>
          <w:i/>
          <w:szCs w:val="24"/>
          <w:lang w:val="ro-RO"/>
        </w:rPr>
        <w:t>personal permanent + personal temporar + personal cu fracţiune de norma = ……..</w:t>
      </w:r>
    </w:p>
    <w:p w14:paraId="66491E8B" w14:textId="7982E6FF" w:rsidR="009241F6" w:rsidRPr="009241F6" w:rsidRDefault="0072728D" w:rsidP="0000597D">
      <w:pPr>
        <w:spacing w:after="0" w:line="360" w:lineRule="auto"/>
        <w:ind w:firstLine="562"/>
        <w:jc w:val="both"/>
        <w:rPr>
          <w:iCs/>
          <w:szCs w:val="24"/>
          <w:lang w:val="ro-RO"/>
        </w:rPr>
      </w:pPr>
      <w:r>
        <w:rPr>
          <w:iCs/>
          <w:szCs w:val="24"/>
          <w:lang w:val="ro-RO"/>
        </w:rPr>
        <w:t>Prezentei cereri se vor anexa Certificatul de înregistrare la Registrul Comerţului şi Certificat constatator</w:t>
      </w:r>
      <w:r w:rsidR="00D427C6">
        <w:rPr>
          <w:iCs/>
          <w:szCs w:val="24"/>
          <w:lang w:val="ro-RO"/>
        </w:rPr>
        <w:t xml:space="preserve">, nu mai vechi de </w:t>
      </w:r>
      <w:r w:rsidR="00661454">
        <w:rPr>
          <w:iCs/>
          <w:szCs w:val="24"/>
          <w:lang w:val="ro-RO"/>
        </w:rPr>
        <w:t>3 luni</w:t>
      </w:r>
      <w:r w:rsidR="00C61778">
        <w:rPr>
          <w:iCs/>
          <w:szCs w:val="24"/>
          <w:lang w:val="ro-RO"/>
        </w:rPr>
        <w:t>.</w:t>
      </w:r>
    </w:p>
    <w:p w14:paraId="1B8D7383" w14:textId="5C1C1094" w:rsidR="004F0764" w:rsidRPr="00E47980" w:rsidRDefault="002835FF" w:rsidP="0000597D">
      <w:pPr>
        <w:spacing w:after="0" w:line="360" w:lineRule="auto"/>
        <w:ind w:firstLine="562"/>
        <w:jc w:val="both"/>
        <w:rPr>
          <w:color w:val="000000" w:themeColor="text1"/>
          <w:szCs w:val="24"/>
          <w:lang w:val="ro-RO"/>
        </w:rPr>
      </w:pPr>
      <w:r w:rsidRPr="008F4F82">
        <w:rPr>
          <w:b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BB4D7C1" wp14:editId="28136227">
                <wp:simplePos x="0" y="0"/>
                <wp:positionH relativeFrom="column">
                  <wp:posOffset>190500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7" name="Dreptunghi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CF197" w14:textId="77777777" w:rsidR="002835FF" w:rsidRPr="007E697E" w:rsidRDefault="002835FF" w:rsidP="002835F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4D7C1" id="Dreptunghi 7" o:spid="_x0000_s1032" style="position:absolute;left:0;text-align:left;margin-left:15pt;margin-top:0;width:14.4pt;height:14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">
                <v:textbox inset="0,0,0,0">
                  <w:txbxContent>
                    <w:p w14:paraId="268CF197" w14:textId="77777777" w:rsidR="002835FF" w:rsidRPr="007E697E" w:rsidRDefault="002835FF" w:rsidP="002835F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  <w:r w:rsidR="00F87BDF">
        <w:rPr>
          <w:szCs w:val="24"/>
          <w:lang w:val="ro-RO"/>
        </w:rPr>
        <w:t xml:space="preserve">  </w:t>
      </w:r>
      <w:r w:rsidR="004F0764" w:rsidRPr="00F87BDF">
        <w:rPr>
          <w:color w:val="FF0000"/>
          <w:szCs w:val="24"/>
          <w:lang w:val="ro-RO"/>
        </w:rPr>
        <w:t xml:space="preserve">   </w:t>
      </w:r>
      <w:r w:rsidR="004F0764" w:rsidRPr="00E47980">
        <w:rPr>
          <w:color w:val="000000" w:themeColor="text1"/>
          <w:szCs w:val="24"/>
          <w:lang w:val="ro-RO"/>
        </w:rPr>
        <w:t>acordare consiliere de specialitate</w:t>
      </w:r>
      <w:r w:rsidR="00F87BDF" w:rsidRPr="00E47980">
        <w:rPr>
          <w:color w:val="000000" w:themeColor="text1"/>
          <w:szCs w:val="24"/>
          <w:lang w:val="ro-RO"/>
        </w:rPr>
        <w:t xml:space="preserve"> în conformitate cu obiectul specific de activitate                               ( întocmire dosar) conform OMTI nr, 1736/2025 tabel 1, pct. 5.1.</w:t>
      </w:r>
    </w:p>
    <w:p w14:paraId="666EBFA5" w14:textId="6D4F7BCC" w:rsidR="00880444" w:rsidRPr="008F4F82" w:rsidRDefault="00885D19" w:rsidP="0000597D">
      <w:pPr>
        <w:spacing w:after="0" w:line="360" w:lineRule="auto"/>
        <w:ind w:firstLine="562"/>
        <w:jc w:val="both"/>
        <w:rPr>
          <w:i/>
          <w:szCs w:val="24"/>
          <w:lang w:val="ro-RO"/>
        </w:rPr>
      </w:pPr>
      <w:r>
        <w:rPr>
          <w:szCs w:val="24"/>
          <w:lang w:val="ro-RO"/>
        </w:rPr>
        <w:t>A</w:t>
      </w:r>
      <w:r w:rsidR="00880444" w:rsidRPr="008F4F82">
        <w:rPr>
          <w:szCs w:val="24"/>
          <w:lang w:val="ro-RO"/>
        </w:rPr>
        <w:t xml:space="preserve">u survenit modificări în documente, faţă de documentele prezentate în vederea certificării/ recertificării/ extinderii? </w:t>
      </w:r>
      <w:r w:rsidR="00880444" w:rsidRPr="008F4F82">
        <w:rPr>
          <w:i/>
          <w:szCs w:val="24"/>
          <w:lang w:val="ro-RO"/>
        </w:rPr>
        <w:t>(se va completa doar în cazul recertificării şi extinderii)</w:t>
      </w:r>
    </w:p>
    <w:p w14:paraId="6EAAA901" w14:textId="026CE499" w:rsidR="00B7220B" w:rsidRDefault="00880444" w:rsidP="0000597D">
      <w:pPr>
        <w:spacing w:after="0" w:line="360" w:lineRule="auto"/>
        <w:rPr>
          <w:szCs w:val="24"/>
          <w:lang w:val="ro-RO"/>
        </w:rPr>
      </w:pPr>
      <w:r w:rsidRPr="008F4F82">
        <w:rPr>
          <w:b/>
          <w:noProof/>
          <w:szCs w:val="24"/>
          <w:lang w:val="pt-BR"/>
        </w:rPr>
        <w:t xml:space="preserve">                                                  </w:t>
      </w:r>
      <w:r w:rsidRPr="008F4F82">
        <w:rPr>
          <w:b/>
          <w:noProof/>
          <w:szCs w:val="24"/>
          <w:lang w:val="ro-RO" w:eastAsia="ro-RO"/>
        </w:rPr>
        <mc:AlternateContent>
          <mc:Choice Requires="wps">
            <w:drawing>
              <wp:inline distT="0" distB="0" distL="0" distR="0" wp14:anchorId="5F833F77" wp14:editId="16463D64">
                <wp:extent cx="173990" cy="165100"/>
                <wp:effectExtent l="9525" t="9525" r="6985" b="6350"/>
                <wp:docPr id="34" name="Casetă text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" cy="165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7FCFE" w14:textId="77777777" w:rsidR="002D65CA" w:rsidRDefault="002D65CA" w:rsidP="0088044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F833F77" id="_x0000_t202" coordsize="21600,21600" o:spt="202" path="m,l,21600r21600,l21600,xe">
                <v:stroke joinstyle="miter"/>
                <v:path gradientshapeok="t" o:connecttype="rect"/>
              </v:shapetype>
              <v:shape id="Casetă text 34" o:spid="_x0000_s1031" type="#_x0000_t202" style="width:13.7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">
                <v:fill opacity="0"/>
                <v:textbox inset="0,0,0,0">
                  <w:txbxContent>
                    <w:p w14:paraId="4107FCFE" w14:textId="77777777" w:rsidR="002D65CA" w:rsidRDefault="002D65CA" w:rsidP="00880444"/>
                  </w:txbxContent>
                </v:textbox>
                <w10:anchorlock/>
              </v:shape>
            </w:pict>
          </mc:Fallback>
        </mc:AlternateContent>
      </w:r>
      <w:r w:rsidRPr="008F4F82">
        <w:rPr>
          <w:b/>
          <w:noProof/>
          <w:szCs w:val="24"/>
          <w:lang w:val="pt-BR"/>
        </w:rPr>
        <w:t xml:space="preserve">    DA                       </w:t>
      </w:r>
      <w:r w:rsidRPr="008F4F82">
        <w:rPr>
          <w:b/>
          <w:noProof/>
          <w:szCs w:val="24"/>
          <w:lang w:val="ro-RO" w:eastAsia="ro-RO"/>
        </w:rPr>
        <mc:AlternateContent>
          <mc:Choice Requires="wps">
            <w:drawing>
              <wp:inline distT="0" distB="0" distL="0" distR="0" wp14:anchorId="4926B2E3" wp14:editId="5363E629">
                <wp:extent cx="173990" cy="165100"/>
                <wp:effectExtent l="9525" t="9525" r="6985" b="6350"/>
                <wp:docPr id="33" name="Casetă text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" cy="165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27715" w14:textId="77777777" w:rsidR="002D65CA" w:rsidRDefault="002D65CA" w:rsidP="0088044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926B2E3" id="Casetă text 33" o:spid="_x0000_s1032" type="#_x0000_t202" style="width:13.7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">
                <v:fill opacity="0"/>
                <v:textbox inset="0,0,0,0">
                  <w:txbxContent>
                    <w:p w14:paraId="02527715" w14:textId="77777777" w:rsidR="002D65CA" w:rsidRDefault="002D65CA" w:rsidP="00880444"/>
                  </w:txbxContent>
                </v:textbox>
                <w10:anchorlock/>
              </v:shape>
            </w:pict>
          </mc:Fallback>
        </mc:AlternateContent>
      </w:r>
      <w:r w:rsidRPr="008F4F82">
        <w:rPr>
          <w:b/>
          <w:noProof/>
          <w:szCs w:val="24"/>
          <w:lang w:val="pt-BR"/>
        </w:rPr>
        <w:t xml:space="preserve">   NU</w:t>
      </w:r>
    </w:p>
    <w:p w14:paraId="5CFB3A27" w14:textId="77777777" w:rsidR="00880444" w:rsidRPr="008F4F82" w:rsidRDefault="00880444" w:rsidP="0000597D">
      <w:pPr>
        <w:spacing w:after="0" w:line="360" w:lineRule="auto"/>
        <w:ind w:firstLine="567"/>
        <w:rPr>
          <w:noProof/>
          <w:szCs w:val="24"/>
          <w:lang w:val="pt-BR"/>
        </w:rPr>
      </w:pPr>
      <w:r w:rsidRPr="008F4F82">
        <w:rPr>
          <w:szCs w:val="24"/>
          <w:lang w:val="ro-RO"/>
        </w:rPr>
        <w:t>Persoana delegată</w:t>
      </w:r>
      <w:r w:rsidRPr="00F917F9">
        <w:rPr>
          <w:szCs w:val="24"/>
          <w:lang w:val="it-IT"/>
        </w:rPr>
        <w:t xml:space="preserve"> </w:t>
      </w:r>
      <w:r w:rsidRPr="008F4F82">
        <w:rPr>
          <w:szCs w:val="24"/>
          <w:lang w:val="ro-RO"/>
        </w:rPr>
        <w:t>pentru relaţia cu AFER</w:t>
      </w:r>
      <w:r w:rsidRPr="008F4F82">
        <w:rPr>
          <w:noProof/>
          <w:szCs w:val="24"/>
          <w:lang w:val="pt-BR"/>
        </w:rPr>
        <w:t xml:space="preserve"> este dna./dl:. ......., </w:t>
      </w:r>
      <w:r w:rsidRPr="008F4F82">
        <w:rPr>
          <w:szCs w:val="24"/>
          <w:lang w:val="ro-RO"/>
        </w:rPr>
        <w:t>tel. ……</w:t>
      </w:r>
      <w:r>
        <w:rPr>
          <w:szCs w:val="24"/>
          <w:lang w:val="ro-RO"/>
        </w:rPr>
        <w:t>,</w:t>
      </w:r>
      <w:r w:rsidRPr="008F4F82">
        <w:rPr>
          <w:szCs w:val="24"/>
          <w:lang w:val="ro-RO"/>
        </w:rPr>
        <w:t>e-mail:…………</w:t>
      </w:r>
    </w:p>
    <w:p w14:paraId="2CF2BFD0" w14:textId="6A8752F7" w:rsidR="00880444" w:rsidRPr="002E31CD" w:rsidRDefault="009C602C" w:rsidP="00880444">
      <w:pPr>
        <w:pStyle w:val="Header"/>
        <w:jc w:val="both"/>
        <w:rPr>
          <w:noProof/>
          <w:sz w:val="10"/>
          <w:szCs w:val="10"/>
          <w:lang w:val="pt-BR"/>
        </w:rPr>
      </w:pPr>
      <w:r w:rsidRPr="008F4F82">
        <w:rPr>
          <w:b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5BBA67C" wp14:editId="5D46E217">
                <wp:simplePos x="0" y="0"/>
                <wp:positionH relativeFrom="column">
                  <wp:posOffset>842010</wp:posOffset>
                </wp:positionH>
                <wp:positionV relativeFrom="paragraph">
                  <wp:posOffset>72390</wp:posOffset>
                </wp:positionV>
                <wp:extent cx="182880" cy="182880"/>
                <wp:effectExtent l="0" t="0" r="26670" b="26670"/>
                <wp:wrapNone/>
                <wp:docPr id="5" name="Dreptunghi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9E55E" w14:textId="77777777" w:rsidR="009C602C" w:rsidRPr="007E697E" w:rsidRDefault="009C602C" w:rsidP="009C602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BBA67C" id="Dreptunghi 5" o:spid="_x0000_s1035" style="position:absolute;left:0;text-align:left;margin-left:66.3pt;margin-top:5.7pt;width:14.4pt;height:14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">
                <v:textbox inset="0,0,0,0">
                  <w:txbxContent>
                    <w:p w14:paraId="42B9E55E" w14:textId="77777777" w:rsidR="009C602C" w:rsidRPr="007E697E" w:rsidRDefault="009C602C" w:rsidP="009C602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77B559A3" w14:textId="7D1DCC8A" w:rsidR="00880444" w:rsidRPr="00334963" w:rsidRDefault="009C602C" w:rsidP="009C602C">
      <w:pPr>
        <w:pStyle w:val="Header"/>
        <w:tabs>
          <w:tab w:val="clear" w:pos="4680"/>
          <w:tab w:val="clear" w:pos="9360"/>
          <w:tab w:val="left" w:pos="142"/>
        </w:tabs>
        <w:jc w:val="both"/>
        <w:rPr>
          <w:noProof/>
          <w:sz w:val="20"/>
          <w:szCs w:val="20"/>
          <w:lang w:val="pt-BR"/>
        </w:rPr>
      </w:pPr>
      <w:r w:rsidRPr="00334963">
        <w:rPr>
          <w:noProof/>
          <w:sz w:val="20"/>
          <w:szCs w:val="20"/>
          <w:lang w:val="pt-BR"/>
        </w:rPr>
        <w:t xml:space="preserve">Notă: se va bifa </w:t>
      </w:r>
      <w:r w:rsidR="00880444" w:rsidRPr="00334963">
        <w:rPr>
          <w:noProof/>
          <w:sz w:val="20"/>
          <w:szCs w:val="20"/>
          <w:lang w:val="pt-BR"/>
        </w:rPr>
        <w:tab/>
      </w:r>
      <w:r w:rsidR="00E47980" w:rsidRPr="00334963">
        <w:rPr>
          <w:noProof/>
          <w:sz w:val="20"/>
          <w:szCs w:val="20"/>
          <w:lang w:val="pt-BR"/>
        </w:rPr>
        <w:t xml:space="preserve">     </w:t>
      </w:r>
      <w:r w:rsidRPr="00334963">
        <w:rPr>
          <w:noProof/>
          <w:sz w:val="20"/>
          <w:szCs w:val="20"/>
          <w:lang w:val="pt-BR"/>
        </w:rPr>
        <w:t>funcție</w:t>
      </w:r>
      <w:r w:rsidR="00E47980" w:rsidRPr="00334963">
        <w:rPr>
          <w:noProof/>
          <w:sz w:val="20"/>
          <w:szCs w:val="20"/>
          <w:lang w:val="pt-BR"/>
        </w:rPr>
        <w:t xml:space="preserve"> </w:t>
      </w:r>
      <w:r w:rsidRPr="00334963">
        <w:rPr>
          <w:noProof/>
          <w:sz w:val="20"/>
          <w:szCs w:val="20"/>
          <w:lang w:val="pt-BR"/>
        </w:rPr>
        <w:t xml:space="preserve">de  </w:t>
      </w:r>
      <w:r w:rsidR="002835FF" w:rsidRPr="00334963">
        <w:rPr>
          <w:noProof/>
          <w:sz w:val="20"/>
          <w:szCs w:val="20"/>
          <w:lang w:val="pt-BR"/>
        </w:rPr>
        <w:t>obțiunile operatorului economic</w:t>
      </w:r>
      <w:r w:rsidR="00E47980" w:rsidRPr="00334963">
        <w:rPr>
          <w:noProof/>
          <w:sz w:val="20"/>
          <w:szCs w:val="20"/>
          <w:lang w:val="pt-BR"/>
        </w:rPr>
        <w:t>.</w:t>
      </w:r>
      <w:r w:rsidR="00880444" w:rsidRPr="00334963">
        <w:rPr>
          <w:noProof/>
          <w:sz w:val="20"/>
          <w:szCs w:val="20"/>
          <w:lang w:val="pt-BR"/>
        </w:rPr>
        <w:t xml:space="preserve">                                     </w:t>
      </w:r>
    </w:p>
    <w:p w14:paraId="033CC292" w14:textId="77777777" w:rsidR="00880444" w:rsidRDefault="00880444" w:rsidP="00880444">
      <w:pPr>
        <w:pStyle w:val="Header"/>
        <w:tabs>
          <w:tab w:val="left" w:pos="708"/>
        </w:tabs>
        <w:jc w:val="both"/>
        <w:rPr>
          <w:b/>
          <w:noProof/>
          <w:sz w:val="22"/>
          <w:lang w:val="pt-BR"/>
        </w:rPr>
      </w:pPr>
      <w:r>
        <w:rPr>
          <w:noProof/>
          <w:szCs w:val="24"/>
          <w:lang w:val="pt-BR"/>
        </w:rPr>
        <w:t xml:space="preserve">                                                                                                                </w:t>
      </w:r>
      <w:r>
        <w:rPr>
          <w:b/>
          <w:noProof/>
          <w:sz w:val="22"/>
          <w:lang w:val="pt-BR"/>
        </w:rPr>
        <w:t>DIRECTOR GENERAL</w:t>
      </w:r>
    </w:p>
    <w:p w14:paraId="4D01145C" w14:textId="7DE4FD28" w:rsidR="00880444" w:rsidRDefault="00880444" w:rsidP="00880444">
      <w:pPr>
        <w:pStyle w:val="Header"/>
        <w:tabs>
          <w:tab w:val="left" w:pos="708"/>
        </w:tabs>
        <w:jc w:val="both"/>
        <w:rPr>
          <w:i/>
          <w:noProof/>
          <w:sz w:val="16"/>
          <w:szCs w:val="16"/>
          <w:lang w:val="pt-BR"/>
        </w:rPr>
      </w:pPr>
      <w:r>
        <w:rPr>
          <w:b/>
          <w:noProof/>
          <w:sz w:val="20"/>
          <w:lang w:val="pt-BR"/>
        </w:rPr>
        <w:tab/>
      </w:r>
      <w:r>
        <w:rPr>
          <w:b/>
          <w:noProof/>
          <w:sz w:val="20"/>
          <w:lang w:val="pt-BR"/>
        </w:rPr>
        <w:tab/>
      </w:r>
      <w:r w:rsidRPr="002E31CD">
        <w:rPr>
          <w:b/>
          <w:noProof/>
          <w:sz w:val="10"/>
          <w:szCs w:val="10"/>
          <w:lang w:val="pt-BR"/>
        </w:rPr>
        <w:tab/>
      </w:r>
      <w:r w:rsidRPr="002E31CD">
        <w:rPr>
          <w:b/>
          <w:noProof/>
          <w:sz w:val="10"/>
          <w:szCs w:val="10"/>
          <w:lang w:val="pt-BR"/>
        </w:rPr>
        <w:tab/>
      </w:r>
      <w:r w:rsidRPr="002E31CD">
        <w:rPr>
          <w:b/>
          <w:noProof/>
          <w:sz w:val="10"/>
          <w:szCs w:val="10"/>
          <w:lang w:val="pt-BR"/>
        </w:rPr>
        <w:tab/>
      </w:r>
      <w:r w:rsidRPr="002E31CD">
        <w:rPr>
          <w:b/>
          <w:noProof/>
          <w:sz w:val="10"/>
          <w:szCs w:val="10"/>
          <w:lang w:val="pt-BR"/>
        </w:rPr>
        <w:tab/>
      </w:r>
      <w:r>
        <w:rPr>
          <w:noProof/>
          <w:sz w:val="20"/>
          <w:lang w:val="pt-BR"/>
        </w:rPr>
        <w:t xml:space="preserve">                                                                                                                           </w:t>
      </w:r>
    </w:p>
    <w:p w14:paraId="3D76E58A" w14:textId="0E242BFF" w:rsidR="00880444" w:rsidRPr="00F917F9" w:rsidRDefault="00880444" w:rsidP="00880444">
      <w:pPr>
        <w:pStyle w:val="Header"/>
        <w:tabs>
          <w:tab w:val="left" w:pos="708"/>
        </w:tabs>
        <w:jc w:val="both"/>
        <w:rPr>
          <w:noProof/>
          <w:szCs w:val="24"/>
          <w:lang w:val="it-IT"/>
        </w:rPr>
      </w:pPr>
      <w:r>
        <w:rPr>
          <w:noProof/>
          <w:sz w:val="22"/>
          <w:lang w:val="pt-BR"/>
        </w:rPr>
        <w:t xml:space="preserve">                                                                                                                     </w:t>
      </w:r>
      <w:r w:rsidRPr="00F917F9">
        <w:rPr>
          <w:noProof/>
          <w:sz w:val="22"/>
          <w:lang w:val="it-IT"/>
        </w:rPr>
        <w:t>……(</w:t>
      </w:r>
      <w:r>
        <w:rPr>
          <w:i/>
          <w:noProof/>
          <w:sz w:val="16"/>
          <w:szCs w:val="16"/>
          <w:lang w:val="pt-BR"/>
        </w:rPr>
        <w:t>nume si prenume, semnătură)..</w:t>
      </w:r>
      <w:r w:rsidRPr="00F917F9">
        <w:rPr>
          <w:noProof/>
          <w:sz w:val="22"/>
          <w:lang w:val="it-IT"/>
        </w:rPr>
        <w:t xml:space="preserve">…..  </w:t>
      </w:r>
    </w:p>
    <w:sectPr w:rsidR="00880444" w:rsidRPr="00F917F9" w:rsidSect="00742616">
      <w:pgSz w:w="12240" w:h="15840"/>
      <w:pgMar w:top="567" w:right="760" w:bottom="851" w:left="1418" w:header="0" w:footer="2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48944" w14:textId="77777777" w:rsidR="006F4858" w:rsidRDefault="006F4858" w:rsidP="00741125">
      <w:pPr>
        <w:spacing w:after="0" w:line="240" w:lineRule="auto"/>
      </w:pPr>
      <w:r>
        <w:separator/>
      </w:r>
    </w:p>
  </w:endnote>
  <w:endnote w:type="continuationSeparator" w:id="0">
    <w:p w14:paraId="101B3ECA" w14:textId="77777777" w:rsidR="006F4858" w:rsidRDefault="006F4858" w:rsidP="00741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9EC2" w14:textId="77777777" w:rsidR="006F4858" w:rsidRDefault="006F4858" w:rsidP="00741125">
      <w:pPr>
        <w:spacing w:after="0" w:line="240" w:lineRule="auto"/>
      </w:pPr>
      <w:r>
        <w:separator/>
      </w:r>
    </w:p>
  </w:footnote>
  <w:footnote w:type="continuationSeparator" w:id="0">
    <w:p w14:paraId="01DB3749" w14:textId="77777777" w:rsidR="006F4858" w:rsidRDefault="006F4858" w:rsidP="00741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90D76B3"/>
    <w:multiLevelType w:val="hybridMultilevel"/>
    <w:tmpl w:val="D8FCC6B6"/>
    <w:lvl w:ilvl="0" w:tplc="1F4E7F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C52403"/>
    <w:multiLevelType w:val="hybridMultilevel"/>
    <w:tmpl w:val="9F1C6A18"/>
    <w:lvl w:ilvl="0" w:tplc="723E27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7690DDDC">
      <w:start w:val="1"/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A07C28"/>
    <w:multiLevelType w:val="multilevel"/>
    <w:tmpl w:val="4D9027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B255C"/>
    <w:multiLevelType w:val="hybridMultilevel"/>
    <w:tmpl w:val="09B6E2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B2E58"/>
    <w:multiLevelType w:val="hybridMultilevel"/>
    <w:tmpl w:val="EC0E817C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1E053B"/>
    <w:multiLevelType w:val="hybridMultilevel"/>
    <w:tmpl w:val="AF6C5082"/>
    <w:lvl w:ilvl="0" w:tplc="7690DDDC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C032A"/>
    <w:multiLevelType w:val="hybridMultilevel"/>
    <w:tmpl w:val="443E6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C3D4A"/>
    <w:multiLevelType w:val="hybridMultilevel"/>
    <w:tmpl w:val="C284CCB6"/>
    <w:lvl w:ilvl="0" w:tplc="173A562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05395A"/>
    <w:multiLevelType w:val="hybridMultilevel"/>
    <w:tmpl w:val="F00C824C"/>
    <w:lvl w:ilvl="0" w:tplc="5038F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3B87965"/>
    <w:multiLevelType w:val="hybridMultilevel"/>
    <w:tmpl w:val="3E1047AA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2142C"/>
    <w:multiLevelType w:val="hybridMultilevel"/>
    <w:tmpl w:val="09B6E28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331F6"/>
    <w:multiLevelType w:val="hybridMultilevel"/>
    <w:tmpl w:val="BD62E652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30C63"/>
    <w:multiLevelType w:val="hybridMultilevel"/>
    <w:tmpl w:val="18E0AA56"/>
    <w:lvl w:ilvl="0" w:tplc="34E6D7B0">
      <w:start w:val="1"/>
      <w:numFmt w:val="decimal"/>
      <w:lvlText w:val="%1."/>
      <w:lvlJc w:val="left"/>
      <w:pPr>
        <w:ind w:left="449" w:hanging="208"/>
      </w:pPr>
      <w:rPr>
        <w:rFonts w:ascii="Times New Roman" w:eastAsiaTheme="minorHAnsi" w:hAnsi="Times New Roman" w:cs="Times New Roman"/>
        <w:b w:val="0"/>
        <w:bCs w:val="0"/>
        <w:i w:val="0"/>
        <w:iCs w:val="0"/>
        <w:spacing w:val="-1"/>
        <w:w w:val="99"/>
        <w:sz w:val="20"/>
        <w:szCs w:val="20"/>
        <w:lang w:val="ro-RO" w:eastAsia="en-US" w:bidi="ar-SA"/>
      </w:rPr>
    </w:lvl>
    <w:lvl w:ilvl="1" w:tplc="491AEABA">
      <w:numFmt w:val="bullet"/>
      <w:lvlText w:val="•"/>
      <w:lvlJc w:val="left"/>
      <w:pPr>
        <w:ind w:left="1545" w:hanging="208"/>
      </w:pPr>
      <w:rPr>
        <w:rFonts w:hint="default"/>
        <w:lang w:val="ro-RO" w:eastAsia="en-US" w:bidi="ar-SA"/>
      </w:rPr>
    </w:lvl>
    <w:lvl w:ilvl="2" w:tplc="A43AEE46">
      <w:numFmt w:val="bullet"/>
      <w:lvlText w:val="•"/>
      <w:lvlJc w:val="left"/>
      <w:pPr>
        <w:ind w:left="2642" w:hanging="208"/>
      </w:pPr>
      <w:rPr>
        <w:rFonts w:hint="default"/>
        <w:lang w:val="ro-RO" w:eastAsia="en-US" w:bidi="ar-SA"/>
      </w:rPr>
    </w:lvl>
    <w:lvl w:ilvl="3" w:tplc="8126EF50">
      <w:numFmt w:val="bullet"/>
      <w:lvlText w:val="•"/>
      <w:lvlJc w:val="left"/>
      <w:pPr>
        <w:ind w:left="3739" w:hanging="208"/>
      </w:pPr>
      <w:rPr>
        <w:rFonts w:hint="default"/>
        <w:lang w:val="ro-RO" w:eastAsia="en-US" w:bidi="ar-SA"/>
      </w:rPr>
    </w:lvl>
    <w:lvl w:ilvl="4" w:tplc="65D2BFEC">
      <w:numFmt w:val="bullet"/>
      <w:lvlText w:val="•"/>
      <w:lvlJc w:val="left"/>
      <w:pPr>
        <w:ind w:left="4837" w:hanging="208"/>
      </w:pPr>
      <w:rPr>
        <w:rFonts w:hint="default"/>
        <w:lang w:val="ro-RO" w:eastAsia="en-US" w:bidi="ar-SA"/>
      </w:rPr>
    </w:lvl>
    <w:lvl w:ilvl="5" w:tplc="68642D14">
      <w:numFmt w:val="bullet"/>
      <w:lvlText w:val="•"/>
      <w:lvlJc w:val="left"/>
      <w:pPr>
        <w:ind w:left="5934" w:hanging="208"/>
      </w:pPr>
      <w:rPr>
        <w:rFonts w:hint="default"/>
        <w:lang w:val="ro-RO" w:eastAsia="en-US" w:bidi="ar-SA"/>
      </w:rPr>
    </w:lvl>
    <w:lvl w:ilvl="6" w:tplc="C86694D6">
      <w:numFmt w:val="bullet"/>
      <w:lvlText w:val="•"/>
      <w:lvlJc w:val="left"/>
      <w:pPr>
        <w:ind w:left="7031" w:hanging="208"/>
      </w:pPr>
      <w:rPr>
        <w:rFonts w:hint="default"/>
        <w:lang w:val="ro-RO" w:eastAsia="en-US" w:bidi="ar-SA"/>
      </w:rPr>
    </w:lvl>
    <w:lvl w:ilvl="7" w:tplc="4B5093AC">
      <w:numFmt w:val="bullet"/>
      <w:lvlText w:val="•"/>
      <w:lvlJc w:val="left"/>
      <w:pPr>
        <w:ind w:left="8129" w:hanging="208"/>
      </w:pPr>
      <w:rPr>
        <w:rFonts w:hint="default"/>
        <w:lang w:val="ro-RO" w:eastAsia="en-US" w:bidi="ar-SA"/>
      </w:rPr>
    </w:lvl>
    <w:lvl w:ilvl="8" w:tplc="B0263F36">
      <w:numFmt w:val="bullet"/>
      <w:lvlText w:val="•"/>
      <w:lvlJc w:val="left"/>
      <w:pPr>
        <w:ind w:left="9226" w:hanging="208"/>
      </w:pPr>
      <w:rPr>
        <w:rFonts w:hint="default"/>
        <w:lang w:val="ro-RO" w:eastAsia="en-US" w:bidi="ar-SA"/>
      </w:rPr>
    </w:lvl>
  </w:abstractNum>
  <w:abstractNum w:abstractNumId="19" w15:restartNumberingAfterBreak="0">
    <w:nsid w:val="6FD74E83"/>
    <w:multiLevelType w:val="hybridMultilevel"/>
    <w:tmpl w:val="96E44C4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A76BC"/>
    <w:multiLevelType w:val="hybridMultilevel"/>
    <w:tmpl w:val="B90458D4"/>
    <w:lvl w:ilvl="0" w:tplc="0E7036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2A4FD2"/>
    <w:multiLevelType w:val="hybridMultilevel"/>
    <w:tmpl w:val="FBC6882E"/>
    <w:lvl w:ilvl="0" w:tplc="E3802152">
      <w:start w:val="2"/>
      <w:numFmt w:val="lowerLetter"/>
      <w:lvlText w:val="%1)"/>
      <w:lvlJc w:val="left"/>
      <w:pPr>
        <w:ind w:left="1080" w:hanging="360"/>
      </w:pPr>
      <w:rPr>
        <w:rFonts w:hint="default"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C396902"/>
    <w:multiLevelType w:val="multilevel"/>
    <w:tmpl w:val="823A703E"/>
    <w:lvl w:ilvl="0">
      <w:start w:val="1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13426646">
    <w:abstractNumId w:val="5"/>
  </w:num>
  <w:num w:numId="2" w16cid:durableId="638149080">
    <w:abstractNumId w:val="3"/>
  </w:num>
  <w:num w:numId="3" w16cid:durableId="1760786466">
    <w:abstractNumId w:val="2"/>
  </w:num>
  <w:num w:numId="4" w16cid:durableId="153107258">
    <w:abstractNumId w:val="4"/>
  </w:num>
  <w:num w:numId="5" w16cid:durableId="2005863749">
    <w:abstractNumId w:val="1"/>
  </w:num>
  <w:num w:numId="6" w16cid:durableId="438180323">
    <w:abstractNumId w:val="0"/>
  </w:num>
  <w:num w:numId="7" w16cid:durableId="65031097">
    <w:abstractNumId w:val="7"/>
  </w:num>
  <w:num w:numId="8" w16cid:durableId="742488186">
    <w:abstractNumId w:val="19"/>
  </w:num>
  <w:num w:numId="9" w16cid:durableId="1153713263">
    <w:abstractNumId w:val="6"/>
  </w:num>
  <w:num w:numId="10" w16cid:durableId="1467047551">
    <w:abstractNumId w:val="8"/>
  </w:num>
  <w:num w:numId="11" w16cid:durableId="305399478">
    <w:abstractNumId w:val="21"/>
  </w:num>
  <w:num w:numId="12" w16cid:durableId="1646735585">
    <w:abstractNumId w:val="11"/>
  </w:num>
  <w:num w:numId="13" w16cid:durableId="642079696">
    <w:abstractNumId w:val="22"/>
  </w:num>
  <w:num w:numId="14" w16cid:durableId="78061839">
    <w:abstractNumId w:val="15"/>
  </w:num>
  <w:num w:numId="15" w16cid:durableId="490021570">
    <w:abstractNumId w:val="12"/>
  </w:num>
  <w:num w:numId="16" w16cid:durableId="1021279993">
    <w:abstractNumId w:val="14"/>
  </w:num>
  <w:num w:numId="17" w16cid:durableId="111679635">
    <w:abstractNumId w:val="17"/>
  </w:num>
  <w:num w:numId="18" w16cid:durableId="554660661">
    <w:abstractNumId w:val="18"/>
  </w:num>
  <w:num w:numId="19" w16cid:durableId="988555027">
    <w:abstractNumId w:val="16"/>
  </w:num>
  <w:num w:numId="20" w16cid:durableId="555046023">
    <w:abstractNumId w:val="10"/>
  </w:num>
  <w:num w:numId="21" w16cid:durableId="1123618918">
    <w:abstractNumId w:val="9"/>
  </w:num>
  <w:num w:numId="22" w16cid:durableId="2108847086">
    <w:abstractNumId w:val="20"/>
  </w:num>
  <w:num w:numId="23" w16cid:durableId="1928149113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001DC"/>
    <w:rsid w:val="00000F60"/>
    <w:rsid w:val="000056B7"/>
    <w:rsid w:val="0000597D"/>
    <w:rsid w:val="00006D21"/>
    <w:rsid w:val="000142E6"/>
    <w:rsid w:val="000153ED"/>
    <w:rsid w:val="00015444"/>
    <w:rsid w:val="00017086"/>
    <w:rsid w:val="00017770"/>
    <w:rsid w:val="00020D3A"/>
    <w:rsid w:val="000241B9"/>
    <w:rsid w:val="0002539B"/>
    <w:rsid w:val="00026B2E"/>
    <w:rsid w:val="00031864"/>
    <w:rsid w:val="00034616"/>
    <w:rsid w:val="000360BA"/>
    <w:rsid w:val="0004133D"/>
    <w:rsid w:val="00047CD8"/>
    <w:rsid w:val="0005075D"/>
    <w:rsid w:val="000524D7"/>
    <w:rsid w:val="00052B65"/>
    <w:rsid w:val="000538DB"/>
    <w:rsid w:val="00054A64"/>
    <w:rsid w:val="00054D12"/>
    <w:rsid w:val="000554F2"/>
    <w:rsid w:val="00055B26"/>
    <w:rsid w:val="0006063C"/>
    <w:rsid w:val="00064D06"/>
    <w:rsid w:val="00065A05"/>
    <w:rsid w:val="0006797A"/>
    <w:rsid w:val="000725DC"/>
    <w:rsid w:val="0007418E"/>
    <w:rsid w:val="000747F9"/>
    <w:rsid w:val="00074CC5"/>
    <w:rsid w:val="00074DFB"/>
    <w:rsid w:val="00076866"/>
    <w:rsid w:val="00076D4B"/>
    <w:rsid w:val="00077C76"/>
    <w:rsid w:val="00080B36"/>
    <w:rsid w:val="00085164"/>
    <w:rsid w:val="00085D01"/>
    <w:rsid w:val="00086CF2"/>
    <w:rsid w:val="000A2735"/>
    <w:rsid w:val="000B0FD2"/>
    <w:rsid w:val="000B5193"/>
    <w:rsid w:val="000C240F"/>
    <w:rsid w:val="000C58AD"/>
    <w:rsid w:val="000C6810"/>
    <w:rsid w:val="000D003A"/>
    <w:rsid w:val="000D0655"/>
    <w:rsid w:val="000E0A27"/>
    <w:rsid w:val="000E4BC6"/>
    <w:rsid w:val="000F241E"/>
    <w:rsid w:val="000F3BB0"/>
    <w:rsid w:val="000F55C0"/>
    <w:rsid w:val="00102B7B"/>
    <w:rsid w:val="00107582"/>
    <w:rsid w:val="00113652"/>
    <w:rsid w:val="0011773A"/>
    <w:rsid w:val="00120085"/>
    <w:rsid w:val="00127BC8"/>
    <w:rsid w:val="00140E67"/>
    <w:rsid w:val="0015074B"/>
    <w:rsid w:val="00152086"/>
    <w:rsid w:val="00152A26"/>
    <w:rsid w:val="00153211"/>
    <w:rsid w:val="0015459D"/>
    <w:rsid w:val="00156EB9"/>
    <w:rsid w:val="00163296"/>
    <w:rsid w:val="00164E72"/>
    <w:rsid w:val="00165420"/>
    <w:rsid w:val="0017033C"/>
    <w:rsid w:val="00172439"/>
    <w:rsid w:val="00172E0E"/>
    <w:rsid w:val="00177BE4"/>
    <w:rsid w:val="00181DD1"/>
    <w:rsid w:val="00190552"/>
    <w:rsid w:val="00190641"/>
    <w:rsid w:val="0019194C"/>
    <w:rsid w:val="00197A2F"/>
    <w:rsid w:val="001A1834"/>
    <w:rsid w:val="001A47C3"/>
    <w:rsid w:val="001C2A57"/>
    <w:rsid w:val="001C7698"/>
    <w:rsid w:val="001D303F"/>
    <w:rsid w:val="001D4513"/>
    <w:rsid w:val="001D4D40"/>
    <w:rsid w:val="001D4D8C"/>
    <w:rsid w:val="001D4F62"/>
    <w:rsid w:val="001D5D8A"/>
    <w:rsid w:val="001D6C3B"/>
    <w:rsid w:val="001D71CD"/>
    <w:rsid w:val="001E545A"/>
    <w:rsid w:val="001E5C21"/>
    <w:rsid w:val="001E5D4B"/>
    <w:rsid w:val="001F1017"/>
    <w:rsid w:val="001F4A13"/>
    <w:rsid w:val="001F7807"/>
    <w:rsid w:val="001F7989"/>
    <w:rsid w:val="00201029"/>
    <w:rsid w:val="00201447"/>
    <w:rsid w:val="0020696F"/>
    <w:rsid w:val="00212F03"/>
    <w:rsid w:val="00213A98"/>
    <w:rsid w:val="002146FB"/>
    <w:rsid w:val="00216C44"/>
    <w:rsid w:val="00221E6A"/>
    <w:rsid w:val="00223609"/>
    <w:rsid w:val="002265C7"/>
    <w:rsid w:val="0022695D"/>
    <w:rsid w:val="00227035"/>
    <w:rsid w:val="00227245"/>
    <w:rsid w:val="002272C6"/>
    <w:rsid w:val="00227483"/>
    <w:rsid w:val="002315E5"/>
    <w:rsid w:val="0023395A"/>
    <w:rsid w:val="00233AF8"/>
    <w:rsid w:val="0023600B"/>
    <w:rsid w:val="00241BF0"/>
    <w:rsid w:val="00242E17"/>
    <w:rsid w:val="00242F04"/>
    <w:rsid w:val="00242F89"/>
    <w:rsid w:val="002461AB"/>
    <w:rsid w:val="0024761D"/>
    <w:rsid w:val="00251144"/>
    <w:rsid w:val="00254053"/>
    <w:rsid w:val="0025499B"/>
    <w:rsid w:val="0026055A"/>
    <w:rsid w:val="0026482D"/>
    <w:rsid w:val="00264A51"/>
    <w:rsid w:val="002667FC"/>
    <w:rsid w:val="00266A12"/>
    <w:rsid w:val="00266D53"/>
    <w:rsid w:val="00267D31"/>
    <w:rsid w:val="00270951"/>
    <w:rsid w:val="002807DE"/>
    <w:rsid w:val="00280CD2"/>
    <w:rsid w:val="002835FF"/>
    <w:rsid w:val="00286E55"/>
    <w:rsid w:val="00290838"/>
    <w:rsid w:val="002914B1"/>
    <w:rsid w:val="00293380"/>
    <w:rsid w:val="002943F4"/>
    <w:rsid w:val="0029639D"/>
    <w:rsid w:val="00297942"/>
    <w:rsid w:val="002B22C8"/>
    <w:rsid w:val="002B3F7C"/>
    <w:rsid w:val="002B7B26"/>
    <w:rsid w:val="002C2C02"/>
    <w:rsid w:val="002C66E9"/>
    <w:rsid w:val="002D2E2B"/>
    <w:rsid w:val="002D3441"/>
    <w:rsid w:val="002D451B"/>
    <w:rsid w:val="002D5CB6"/>
    <w:rsid w:val="002D65CA"/>
    <w:rsid w:val="002D7070"/>
    <w:rsid w:val="002D71E3"/>
    <w:rsid w:val="002D7302"/>
    <w:rsid w:val="002D7510"/>
    <w:rsid w:val="002E4C71"/>
    <w:rsid w:val="002F1210"/>
    <w:rsid w:val="002F13BD"/>
    <w:rsid w:val="002F13F6"/>
    <w:rsid w:val="002F44EA"/>
    <w:rsid w:val="00302B1D"/>
    <w:rsid w:val="003034A2"/>
    <w:rsid w:val="0030608C"/>
    <w:rsid w:val="00315892"/>
    <w:rsid w:val="00321D81"/>
    <w:rsid w:val="003239B4"/>
    <w:rsid w:val="00324790"/>
    <w:rsid w:val="00324E9B"/>
    <w:rsid w:val="00325259"/>
    <w:rsid w:val="00325481"/>
    <w:rsid w:val="00325CB7"/>
    <w:rsid w:val="00326F90"/>
    <w:rsid w:val="003319D4"/>
    <w:rsid w:val="00332ED6"/>
    <w:rsid w:val="0033356B"/>
    <w:rsid w:val="00333CC9"/>
    <w:rsid w:val="00334335"/>
    <w:rsid w:val="00334963"/>
    <w:rsid w:val="00334FBA"/>
    <w:rsid w:val="003411B0"/>
    <w:rsid w:val="00343FFE"/>
    <w:rsid w:val="003455BA"/>
    <w:rsid w:val="00345E08"/>
    <w:rsid w:val="00347959"/>
    <w:rsid w:val="00355532"/>
    <w:rsid w:val="00356C00"/>
    <w:rsid w:val="00356D49"/>
    <w:rsid w:val="0035764F"/>
    <w:rsid w:val="003635C3"/>
    <w:rsid w:val="0036619B"/>
    <w:rsid w:val="003729A0"/>
    <w:rsid w:val="00374C58"/>
    <w:rsid w:val="00376F9F"/>
    <w:rsid w:val="00377F92"/>
    <w:rsid w:val="003804BA"/>
    <w:rsid w:val="00386892"/>
    <w:rsid w:val="003868B9"/>
    <w:rsid w:val="00387E4A"/>
    <w:rsid w:val="00393230"/>
    <w:rsid w:val="00393949"/>
    <w:rsid w:val="00395B7D"/>
    <w:rsid w:val="0039617E"/>
    <w:rsid w:val="003A032E"/>
    <w:rsid w:val="003A1D56"/>
    <w:rsid w:val="003A378E"/>
    <w:rsid w:val="003A737D"/>
    <w:rsid w:val="003B0D6D"/>
    <w:rsid w:val="003B2E9F"/>
    <w:rsid w:val="003B51FD"/>
    <w:rsid w:val="003B544B"/>
    <w:rsid w:val="003C17FF"/>
    <w:rsid w:val="003C3504"/>
    <w:rsid w:val="003C5D2A"/>
    <w:rsid w:val="003D0DC4"/>
    <w:rsid w:val="003D4305"/>
    <w:rsid w:val="003D48A9"/>
    <w:rsid w:val="003D496F"/>
    <w:rsid w:val="003D4A55"/>
    <w:rsid w:val="003E12B9"/>
    <w:rsid w:val="003E37AA"/>
    <w:rsid w:val="003E42A8"/>
    <w:rsid w:val="003E4FE6"/>
    <w:rsid w:val="003F395D"/>
    <w:rsid w:val="003F4EC3"/>
    <w:rsid w:val="003F5B7D"/>
    <w:rsid w:val="0040264F"/>
    <w:rsid w:val="00403DD4"/>
    <w:rsid w:val="00405053"/>
    <w:rsid w:val="00405165"/>
    <w:rsid w:val="004053B9"/>
    <w:rsid w:val="0040577D"/>
    <w:rsid w:val="00406D80"/>
    <w:rsid w:val="004074D7"/>
    <w:rsid w:val="00410D8E"/>
    <w:rsid w:val="004155B3"/>
    <w:rsid w:val="00417EE2"/>
    <w:rsid w:val="00421C03"/>
    <w:rsid w:val="00423C83"/>
    <w:rsid w:val="00425741"/>
    <w:rsid w:val="00431D55"/>
    <w:rsid w:val="004362EF"/>
    <w:rsid w:val="00437E3C"/>
    <w:rsid w:val="00442A1C"/>
    <w:rsid w:val="00444591"/>
    <w:rsid w:val="004459BA"/>
    <w:rsid w:val="00446DB3"/>
    <w:rsid w:val="00447CD6"/>
    <w:rsid w:val="00447CDD"/>
    <w:rsid w:val="00447EC0"/>
    <w:rsid w:val="004505F7"/>
    <w:rsid w:val="00451440"/>
    <w:rsid w:val="004514C8"/>
    <w:rsid w:val="00451726"/>
    <w:rsid w:val="004523F6"/>
    <w:rsid w:val="004554C9"/>
    <w:rsid w:val="004631A7"/>
    <w:rsid w:val="00463E20"/>
    <w:rsid w:val="00467FF2"/>
    <w:rsid w:val="00470D87"/>
    <w:rsid w:val="00471181"/>
    <w:rsid w:val="00471357"/>
    <w:rsid w:val="00472FA3"/>
    <w:rsid w:val="00474833"/>
    <w:rsid w:val="0047642D"/>
    <w:rsid w:val="00477A7D"/>
    <w:rsid w:val="00480A7E"/>
    <w:rsid w:val="00480B86"/>
    <w:rsid w:val="00481152"/>
    <w:rsid w:val="004813AE"/>
    <w:rsid w:val="00481A1B"/>
    <w:rsid w:val="00482460"/>
    <w:rsid w:val="0048304F"/>
    <w:rsid w:val="00483927"/>
    <w:rsid w:val="00484C92"/>
    <w:rsid w:val="00485EAF"/>
    <w:rsid w:val="0049152A"/>
    <w:rsid w:val="00491B79"/>
    <w:rsid w:val="004927AE"/>
    <w:rsid w:val="0049354F"/>
    <w:rsid w:val="00494F37"/>
    <w:rsid w:val="00495CA0"/>
    <w:rsid w:val="00495E9E"/>
    <w:rsid w:val="004962AF"/>
    <w:rsid w:val="004A3080"/>
    <w:rsid w:val="004A445C"/>
    <w:rsid w:val="004A49C7"/>
    <w:rsid w:val="004A5292"/>
    <w:rsid w:val="004A741D"/>
    <w:rsid w:val="004A7C4E"/>
    <w:rsid w:val="004B0484"/>
    <w:rsid w:val="004B14E0"/>
    <w:rsid w:val="004B18DA"/>
    <w:rsid w:val="004B2B2E"/>
    <w:rsid w:val="004B4DCB"/>
    <w:rsid w:val="004C60D1"/>
    <w:rsid w:val="004D055A"/>
    <w:rsid w:val="004D0A25"/>
    <w:rsid w:val="004D4C4D"/>
    <w:rsid w:val="004D5A51"/>
    <w:rsid w:val="004D7101"/>
    <w:rsid w:val="004E2603"/>
    <w:rsid w:val="004E6A24"/>
    <w:rsid w:val="004E79F3"/>
    <w:rsid w:val="004F0764"/>
    <w:rsid w:val="004F2E5A"/>
    <w:rsid w:val="004F3F60"/>
    <w:rsid w:val="004F5492"/>
    <w:rsid w:val="004F590C"/>
    <w:rsid w:val="004F5BDA"/>
    <w:rsid w:val="00503841"/>
    <w:rsid w:val="00504001"/>
    <w:rsid w:val="00506FA6"/>
    <w:rsid w:val="0051337E"/>
    <w:rsid w:val="00521AF4"/>
    <w:rsid w:val="00522E26"/>
    <w:rsid w:val="00522E85"/>
    <w:rsid w:val="00532117"/>
    <w:rsid w:val="005345D7"/>
    <w:rsid w:val="00534A10"/>
    <w:rsid w:val="0053584D"/>
    <w:rsid w:val="00535BFB"/>
    <w:rsid w:val="0053643C"/>
    <w:rsid w:val="005377BA"/>
    <w:rsid w:val="00542078"/>
    <w:rsid w:val="00555BEC"/>
    <w:rsid w:val="00555FF0"/>
    <w:rsid w:val="00556B79"/>
    <w:rsid w:val="005630DF"/>
    <w:rsid w:val="005633E9"/>
    <w:rsid w:val="005702CF"/>
    <w:rsid w:val="00570F31"/>
    <w:rsid w:val="0057198B"/>
    <w:rsid w:val="00571D8D"/>
    <w:rsid w:val="005726BC"/>
    <w:rsid w:val="00574BE4"/>
    <w:rsid w:val="00576222"/>
    <w:rsid w:val="0058045D"/>
    <w:rsid w:val="00581651"/>
    <w:rsid w:val="005840F0"/>
    <w:rsid w:val="005851AC"/>
    <w:rsid w:val="00585FDE"/>
    <w:rsid w:val="00592A18"/>
    <w:rsid w:val="00593355"/>
    <w:rsid w:val="005941C0"/>
    <w:rsid w:val="005946B7"/>
    <w:rsid w:val="00597A06"/>
    <w:rsid w:val="005A0C06"/>
    <w:rsid w:val="005A119B"/>
    <w:rsid w:val="005A262C"/>
    <w:rsid w:val="005A3A7D"/>
    <w:rsid w:val="005A4833"/>
    <w:rsid w:val="005A5F20"/>
    <w:rsid w:val="005A61C8"/>
    <w:rsid w:val="005B05F2"/>
    <w:rsid w:val="005B4418"/>
    <w:rsid w:val="005B4987"/>
    <w:rsid w:val="005B4CA2"/>
    <w:rsid w:val="005C1DE6"/>
    <w:rsid w:val="005C29B2"/>
    <w:rsid w:val="005C301A"/>
    <w:rsid w:val="005C3364"/>
    <w:rsid w:val="005C439F"/>
    <w:rsid w:val="005D11BF"/>
    <w:rsid w:val="005D3254"/>
    <w:rsid w:val="005D7101"/>
    <w:rsid w:val="005E151B"/>
    <w:rsid w:val="005E2BA5"/>
    <w:rsid w:val="005E3E56"/>
    <w:rsid w:val="005E49D8"/>
    <w:rsid w:val="005E584B"/>
    <w:rsid w:val="005E5C0F"/>
    <w:rsid w:val="00600253"/>
    <w:rsid w:val="00605D4E"/>
    <w:rsid w:val="00606E4D"/>
    <w:rsid w:val="00607148"/>
    <w:rsid w:val="00607BA0"/>
    <w:rsid w:val="006105A2"/>
    <w:rsid w:val="00610A97"/>
    <w:rsid w:val="0061203E"/>
    <w:rsid w:val="00613984"/>
    <w:rsid w:val="00617157"/>
    <w:rsid w:val="0062072D"/>
    <w:rsid w:val="00621418"/>
    <w:rsid w:val="00626028"/>
    <w:rsid w:val="0062754F"/>
    <w:rsid w:val="00630A5B"/>
    <w:rsid w:val="00631A29"/>
    <w:rsid w:val="00633E21"/>
    <w:rsid w:val="0063430B"/>
    <w:rsid w:val="00641B59"/>
    <w:rsid w:val="006439F5"/>
    <w:rsid w:val="00643F86"/>
    <w:rsid w:val="00645A8C"/>
    <w:rsid w:val="0064634A"/>
    <w:rsid w:val="00651C24"/>
    <w:rsid w:val="006550DF"/>
    <w:rsid w:val="006560A2"/>
    <w:rsid w:val="00661454"/>
    <w:rsid w:val="006631D5"/>
    <w:rsid w:val="00670214"/>
    <w:rsid w:val="006719DF"/>
    <w:rsid w:val="00672E2D"/>
    <w:rsid w:val="00675768"/>
    <w:rsid w:val="0068327A"/>
    <w:rsid w:val="006846E7"/>
    <w:rsid w:val="00684FE1"/>
    <w:rsid w:val="00687AEE"/>
    <w:rsid w:val="006956A0"/>
    <w:rsid w:val="00695E2F"/>
    <w:rsid w:val="006A4732"/>
    <w:rsid w:val="006A4919"/>
    <w:rsid w:val="006A6E24"/>
    <w:rsid w:val="006B047D"/>
    <w:rsid w:val="006B4AA5"/>
    <w:rsid w:val="006B6E99"/>
    <w:rsid w:val="006B74B7"/>
    <w:rsid w:val="006B77D5"/>
    <w:rsid w:val="006B7E35"/>
    <w:rsid w:val="006D10C1"/>
    <w:rsid w:val="006D16EF"/>
    <w:rsid w:val="006D1B0B"/>
    <w:rsid w:val="006D6B16"/>
    <w:rsid w:val="006D6C22"/>
    <w:rsid w:val="006E020B"/>
    <w:rsid w:val="006E047D"/>
    <w:rsid w:val="006E0E18"/>
    <w:rsid w:val="006E2132"/>
    <w:rsid w:val="006E345C"/>
    <w:rsid w:val="006F1992"/>
    <w:rsid w:val="006F3251"/>
    <w:rsid w:val="006F4858"/>
    <w:rsid w:val="007001E0"/>
    <w:rsid w:val="0070082E"/>
    <w:rsid w:val="00703CA8"/>
    <w:rsid w:val="00710222"/>
    <w:rsid w:val="0071093C"/>
    <w:rsid w:val="00714CB6"/>
    <w:rsid w:val="007225D5"/>
    <w:rsid w:val="0072354C"/>
    <w:rsid w:val="007248D3"/>
    <w:rsid w:val="00726A62"/>
    <w:rsid w:val="00726AC3"/>
    <w:rsid w:val="0072728D"/>
    <w:rsid w:val="007310AA"/>
    <w:rsid w:val="00732D4E"/>
    <w:rsid w:val="00733501"/>
    <w:rsid w:val="007346F6"/>
    <w:rsid w:val="00740B49"/>
    <w:rsid w:val="00741125"/>
    <w:rsid w:val="00742616"/>
    <w:rsid w:val="00743B32"/>
    <w:rsid w:val="00744482"/>
    <w:rsid w:val="00744832"/>
    <w:rsid w:val="00751A9C"/>
    <w:rsid w:val="00753B0B"/>
    <w:rsid w:val="00753DF3"/>
    <w:rsid w:val="0075597D"/>
    <w:rsid w:val="0076151D"/>
    <w:rsid w:val="00764A62"/>
    <w:rsid w:val="00766DFE"/>
    <w:rsid w:val="00772049"/>
    <w:rsid w:val="0077756A"/>
    <w:rsid w:val="00777C77"/>
    <w:rsid w:val="007867AC"/>
    <w:rsid w:val="00790E32"/>
    <w:rsid w:val="007915CF"/>
    <w:rsid w:val="00792DF9"/>
    <w:rsid w:val="0079449E"/>
    <w:rsid w:val="007978AD"/>
    <w:rsid w:val="007A2DE5"/>
    <w:rsid w:val="007A335B"/>
    <w:rsid w:val="007A5287"/>
    <w:rsid w:val="007A5790"/>
    <w:rsid w:val="007A61C5"/>
    <w:rsid w:val="007A71F2"/>
    <w:rsid w:val="007A7A96"/>
    <w:rsid w:val="007B4518"/>
    <w:rsid w:val="007B5527"/>
    <w:rsid w:val="007C0739"/>
    <w:rsid w:val="007C1D9D"/>
    <w:rsid w:val="007C238B"/>
    <w:rsid w:val="007C2A1A"/>
    <w:rsid w:val="007E08A3"/>
    <w:rsid w:val="007E7FD8"/>
    <w:rsid w:val="007F0F4A"/>
    <w:rsid w:val="007F1DC0"/>
    <w:rsid w:val="007F413A"/>
    <w:rsid w:val="007F5695"/>
    <w:rsid w:val="007F59E8"/>
    <w:rsid w:val="008011C7"/>
    <w:rsid w:val="008016F2"/>
    <w:rsid w:val="008017CC"/>
    <w:rsid w:val="00802DFC"/>
    <w:rsid w:val="0080339F"/>
    <w:rsid w:val="00804AF2"/>
    <w:rsid w:val="00804FEC"/>
    <w:rsid w:val="008063D8"/>
    <w:rsid w:val="00807BFF"/>
    <w:rsid w:val="00812C97"/>
    <w:rsid w:val="0081381F"/>
    <w:rsid w:val="00815953"/>
    <w:rsid w:val="00817FF7"/>
    <w:rsid w:val="0082528F"/>
    <w:rsid w:val="008258FB"/>
    <w:rsid w:val="008268CE"/>
    <w:rsid w:val="008377F0"/>
    <w:rsid w:val="00843687"/>
    <w:rsid w:val="00845EE7"/>
    <w:rsid w:val="008462F8"/>
    <w:rsid w:val="00853665"/>
    <w:rsid w:val="00861DAC"/>
    <w:rsid w:val="00862683"/>
    <w:rsid w:val="008633A4"/>
    <w:rsid w:val="00866C42"/>
    <w:rsid w:val="00870D79"/>
    <w:rsid w:val="00880444"/>
    <w:rsid w:val="00882B7F"/>
    <w:rsid w:val="00882C47"/>
    <w:rsid w:val="00882DF3"/>
    <w:rsid w:val="00885D19"/>
    <w:rsid w:val="00886A0A"/>
    <w:rsid w:val="00887381"/>
    <w:rsid w:val="00891B47"/>
    <w:rsid w:val="00897CFF"/>
    <w:rsid w:val="008A0A0F"/>
    <w:rsid w:val="008A1926"/>
    <w:rsid w:val="008A31EC"/>
    <w:rsid w:val="008A369F"/>
    <w:rsid w:val="008A49BA"/>
    <w:rsid w:val="008A6892"/>
    <w:rsid w:val="008A78BD"/>
    <w:rsid w:val="008B0297"/>
    <w:rsid w:val="008B081B"/>
    <w:rsid w:val="008B0D4A"/>
    <w:rsid w:val="008B245E"/>
    <w:rsid w:val="008B3A34"/>
    <w:rsid w:val="008B4B0D"/>
    <w:rsid w:val="008B51FB"/>
    <w:rsid w:val="008B732D"/>
    <w:rsid w:val="008B7518"/>
    <w:rsid w:val="008C1619"/>
    <w:rsid w:val="008C1CB4"/>
    <w:rsid w:val="008C1D52"/>
    <w:rsid w:val="008C1FA4"/>
    <w:rsid w:val="008C2037"/>
    <w:rsid w:val="008C458E"/>
    <w:rsid w:val="008C6226"/>
    <w:rsid w:val="008C7ACE"/>
    <w:rsid w:val="008D45E9"/>
    <w:rsid w:val="008E1367"/>
    <w:rsid w:val="008E1A11"/>
    <w:rsid w:val="008E345C"/>
    <w:rsid w:val="008E379F"/>
    <w:rsid w:val="008F1CC6"/>
    <w:rsid w:val="008F2444"/>
    <w:rsid w:val="00902007"/>
    <w:rsid w:val="009077EE"/>
    <w:rsid w:val="0091170F"/>
    <w:rsid w:val="009117ED"/>
    <w:rsid w:val="0091215E"/>
    <w:rsid w:val="00912528"/>
    <w:rsid w:val="009131D6"/>
    <w:rsid w:val="009143D7"/>
    <w:rsid w:val="009158B6"/>
    <w:rsid w:val="00917810"/>
    <w:rsid w:val="009203BA"/>
    <w:rsid w:val="009213F7"/>
    <w:rsid w:val="009220E3"/>
    <w:rsid w:val="009226DC"/>
    <w:rsid w:val="009241F6"/>
    <w:rsid w:val="0092426C"/>
    <w:rsid w:val="00925913"/>
    <w:rsid w:val="00926BB7"/>
    <w:rsid w:val="00931D5C"/>
    <w:rsid w:val="009330E4"/>
    <w:rsid w:val="0093316D"/>
    <w:rsid w:val="00934FC6"/>
    <w:rsid w:val="009405BE"/>
    <w:rsid w:val="00940AF2"/>
    <w:rsid w:val="00942C5A"/>
    <w:rsid w:val="009434DA"/>
    <w:rsid w:val="0094483B"/>
    <w:rsid w:val="009459BD"/>
    <w:rsid w:val="009464B5"/>
    <w:rsid w:val="00951B30"/>
    <w:rsid w:val="00953430"/>
    <w:rsid w:val="00956D0E"/>
    <w:rsid w:val="00960DEC"/>
    <w:rsid w:val="00961452"/>
    <w:rsid w:val="00962229"/>
    <w:rsid w:val="00965575"/>
    <w:rsid w:val="00972FE7"/>
    <w:rsid w:val="00974F14"/>
    <w:rsid w:val="00977DF5"/>
    <w:rsid w:val="00982210"/>
    <w:rsid w:val="00985190"/>
    <w:rsid w:val="00993A5D"/>
    <w:rsid w:val="00994503"/>
    <w:rsid w:val="009961BE"/>
    <w:rsid w:val="0099775A"/>
    <w:rsid w:val="00997F80"/>
    <w:rsid w:val="009A287A"/>
    <w:rsid w:val="009A64EA"/>
    <w:rsid w:val="009A6F48"/>
    <w:rsid w:val="009A780A"/>
    <w:rsid w:val="009B1986"/>
    <w:rsid w:val="009C0ACB"/>
    <w:rsid w:val="009C15C1"/>
    <w:rsid w:val="009C4433"/>
    <w:rsid w:val="009C602C"/>
    <w:rsid w:val="009D0C40"/>
    <w:rsid w:val="009D7AB3"/>
    <w:rsid w:val="009D7F93"/>
    <w:rsid w:val="009E19D3"/>
    <w:rsid w:val="009E1D08"/>
    <w:rsid w:val="009E4893"/>
    <w:rsid w:val="009E5E5D"/>
    <w:rsid w:val="009E796D"/>
    <w:rsid w:val="009F3833"/>
    <w:rsid w:val="009F4767"/>
    <w:rsid w:val="009F5210"/>
    <w:rsid w:val="009F557F"/>
    <w:rsid w:val="009F7A4F"/>
    <w:rsid w:val="00A03501"/>
    <w:rsid w:val="00A04B50"/>
    <w:rsid w:val="00A06614"/>
    <w:rsid w:val="00A07488"/>
    <w:rsid w:val="00A1345A"/>
    <w:rsid w:val="00A14FDF"/>
    <w:rsid w:val="00A159B2"/>
    <w:rsid w:val="00A1607D"/>
    <w:rsid w:val="00A17B05"/>
    <w:rsid w:val="00A17C78"/>
    <w:rsid w:val="00A2080D"/>
    <w:rsid w:val="00A218AD"/>
    <w:rsid w:val="00A23EFC"/>
    <w:rsid w:val="00A276C5"/>
    <w:rsid w:val="00A3594C"/>
    <w:rsid w:val="00A35F67"/>
    <w:rsid w:val="00A37B19"/>
    <w:rsid w:val="00A37BFC"/>
    <w:rsid w:val="00A40719"/>
    <w:rsid w:val="00A44634"/>
    <w:rsid w:val="00A4591E"/>
    <w:rsid w:val="00A51B40"/>
    <w:rsid w:val="00A523EE"/>
    <w:rsid w:val="00A54FBE"/>
    <w:rsid w:val="00A57EDD"/>
    <w:rsid w:val="00A6364F"/>
    <w:rsid w:val="00A638E7"/>
    <w:rsid w:val="00A67289"/>
    <w:rsid w:val="00A700CE"/>
    <w:rsid w:val="00A71EE8"/>
    <w:rsid w:val="00A72A40"/>
    <w:rsid w:val="00A76A19"/>
    <w:rsid w:val="00A779DD"/>
    <w:rsid w:val="00A77A74"/>
    <w:rsid w:val="00A82115"/>
    <w:rsid w:val="00A85A0F"/>
    <w:rsid w:val="00A916CD"/>
    <w:rsid w:val="00A919E8"/>
    <w:rsid w:val="00A91B22"/>
    <w:rsid w:val="00A92DC5"/>
    <w:rsid w:val="00A961E9"/>
    <w:rsid w:val="00AA1D8D"/>
    <w:rsid w:val="00AA2D70"/>
    <w:rsid w:val="00AA60A3"/>
    <w:rsid w:val="00AB16A2"/>
    <w:rsid w:val="00AB52DC"/>
    <w:rsid w:val="00AC1486"/>
    <w:rsid w:val="00AC2344"/>
    <w:rsid w:val="00AC5667"/>
    <w:rsid w:val="00AD1835"/>
    <w:rsid w:val="00AD371E"/>
    <w:rsid w:val="00AE023D"/>
    <w:rsid w:val="00AE0DE0"/>
    <w:rsid w:val="00B03513"/>
    <w:rsid w:val="00B10767"/>
    <w:rsid w:val="00B12127"/>
    <w:rsid w:val="00B151AA"/>
    <w:rsid w:val="00B2103F"/>
    <w:rsid w:val="00B22104"/>
    <w:rsid w:val="00B260F4"/>
    <w:rsid w:val="00B32152"/>
    <w:rsid w:val="00B34C51"/>
    <w:rsid w:val="00B36378"/>
    <w:rsid w:val="00B411D7"/>
    <w:rsid w:val="00B47730"/>
    <w:rsid w:val="00B5195B"/>
    <w:rsid w:val="00B5316B"/>
    <w:rsid w:val="00B53451"/>
    <w:rsid w:val="00B546D5"/>
    <w:rsid w:val="00B54B31"/>
    <w:rsid w:val="00B62CD3"/>
    <w:rsid w:val="00B7130B"/>
    <w:rsid w:val="00B71D3A"/>
    <w:rsid w:val="00B7220B"/>
    <w:rsid w:val="00B74352"/>
    <w:rsid w:val="00B75FBF"/>
    <w:rsid w:val="00B776FD"/>
    <w:rsid w:val="00B9403C"/>
    <w:rsid w:val="00B948CA"/>
    <w:rsid w:val="00BA237C"/>
    <w:rsid w:val="00BA68E8"/>
    <w:rsid w:val="00BA7412"/>
    <w:rsid w:val="00BB19AE"/>
    <w:rsid w:val="00BB511E"/>
    <w:rsid w:val="00BC0880"/>
    <w:rsid w:val="00BC2142"/>
    <w:rsid w:val="00BC3CD6"/>
    <w:rsid w:val="00BC42CC"/>
    <w:rsid w:val="00BC4A2A"/>
    <w:rsid w:val="00BC76EE"/>
    <w:rsid w:val="00BC7F84"/>
    <w:rsid w:val="00BD5724"/>
    <w:rsid w:val="00BD621C"/>
    <w:rsid w:val="00BE281A"/>
    <w:rsid w:val="00BE29F8"/>
    <w:rsid w:val="00BE2E61"/>
    <w:rsid w:val="00BE33F3"/>
    <w:rsid w:val="00BF1753"/>
    <w:rsid w:val="00BF1C09"/>
    <w:rsid w:val="00BF2B8B"/>
    <w:rsid w:val="00BF4571"/>
    <w:rsid w:val="00C00A32"/>
    <w:rsid w:val="00C0183F"/>
    <w:rsid w:val="00C01B12"/>
    <w:rsid w:val="00C0355D"/>
    <w:rsid w:val="00C04B19"/>
    <w:rsid w:val="00C05751"/>
    <w:rsid w:val="00C0772A"/>
    <w:rsid w:val="00C10A61"/>
    <w:rsid w:val="00C10CF3"/>
    <w:rsid w:val="00C10D83"/>
    <w:rsid w:val="00C13584"/>
    <w:rsid w:val="00C2141D"/>
    <w:rsid w:val="00C23365"/>
    <w:rsid w:val="00C234C4"/>
    <w:rsid w:val="00C238F2"/>
    <w:rsid w:val="00C265EC"/>
    <w:rsid w:val="00C26C19"/>
    <w:rsid w:val="00C33689"/>
    <w:rsid w:val="00C33897"/>
    <w:rsid w:val="00C34975"/>
    <w:rsid w:val="00C52F66"/>
    <w:rsid w:val="00C55CC3"/>
    <w:rsid w:val="00C572EC"/>
    <w:rsid w:val="00C57761"/>
    <w:rsid w:val="00C605EC"/>
    <w:rsid w:val="00C61778"/>
    <w:rsid w:val="00C62A6B"/>
    <w:rsid w:val="00C6555E"/>
    <w:rsid w:val="00C67ECF"/>
    <w:rsid w:val="00C71E2D"/>
    <w:rsid w:val="00C75728"/>
    <w:rsid w:val="00C75834"/>
    <w:rsid w:val="00C833AB"/>
    <w:rsid w:val="00C9082E"/>
    <w:rsid w:val="00C913EC"/>
    <w:rsid w:val="00C91A8F"/>
    <w:rsid w:val="00C91F23"/>
    <w:rsid w:val="00C93D21"/>
    <w:rsid w:val="00C95DF9"/>
    <w:rsid w:val="00C967BD"/>
    <w:rsid w:val="00C971A8"/>
    <w:rsid w:val="00CA00D7"/>
    <w:rsid w:val="00CB0664"/>
    <w:rsid w:val="00CB0812"/>
    <w:rsid w:val="00CB653C"/>
    <w:rsid w:val="00CB6CFA"/>
    <w:rsid w:val="00CC026F"/>
    <w:rsid w:val="00CC0E74"/>
    <w:rsid w:val="00CC23A4"/>
    <w:rsid w:val="00CC6BCC"/>
    <w:rsid w:val="00CD0EE3"/>
    <w:rsid w:val="00CD19C6"/>
    <w:rsid w:val="00CD1BC8"/>
    <w:rsid w:val="00CD3724"/>
    <w:rsid w:val="00CD5015"/>
    <w:rsid w:val="00CE0D61"/>
    <w:rsid w:val="00CE1C62"/>
    <w:rsid w:val="00CE45DC"/>
    <w:rsid w:val="00CF34E0"/>
    <w:rsid w:val="00CF5E26"/>
    <w:rsid w:val="00D014B0"/>
    <w:rsid w:val="00D01DAD"/>
    <w:rsid w:val="00D02CAD"/>
    <w:rsid w:val="00D06D54"/>
    <w:rsid w:val="00D12DD5"/>
    <w:rsid w:val="00D152AF"/>
    <w:rsid w:val="00D16571"/>
    <w:rsid w:val="00D17C49"/>
    <w:rsid w:val="00D239C1"/>
    <w:rsid w:val="00D24637"/>
    <w:rsid w:val="00D26579"/>
    <w:rsid w:val="00D328A3"/>
    <w:rsid w:val="00D35A09"/>
    <w:rsid w:val="00D40A4E"/>
    <w:rsid w:val="00D427C6"/>
    <w:rsid w:val="00D4301E"/>
    <w:rsid w:val="00D44ABE"/>
    <w:rsid w:val="00D47A6D"/>
    <w:rsid w:val="00D5275B"/>
    <w:rsid w:val="00D55005"/>
    <w:rsid w:val="00D6043E"/>
    <w:rsid w:val="00D607AB"/>
    <w:rsid w:val="00D653EC"/>
    <w:rsid w:val="00D6592B"/>
    <w:rsid w:val="00D66DE2"/>
    <w:rsid w:val="00D67355"/>
    <w:rsid w:val="00D74ACF"/>
    <w:rsid w:val="00D76D08"/>
    <w:rsid w:val="00D7761C"/>
    <w:rsid w:val="00D82656"/>
    <w:rsid w:val="00D83B85"/>
    <w:rsid w:val="00D87F43"/>
    <w:rsid w:val="00D907A8"/>
    <w:rsid w:val="00D93CD0"/>
    <w:rsid w:val="00D945E9"/>
    <w:rsid w:val="00D97333"/>
    <w:rsid w:val="00DA51D1"/>
    <w:rsid w:val="00DB224C"/>
    <w:rsid w:val="00DB4A1E"/>
    <w:rsid w:val="00DB4C31"/>
    <w:rsid w:val="00DB7FA7"/>
    <w:rsid w:val="00DC3C6E"/>
    <w:rsid w:val="00DC4A99"/>
    <w:rsid w:val="00DC5934"/>
    <w:rsid w:val="00DC59F6"/>
    <w:rsid w:val="00DC5D2F"/>
    <w:rsid w:val="00DC6AD9"/>
    <w:rsid w:val="00DD1D7E"/>
    <w:rsid w:val="00DD2A1B"/>
    <w:rsid w:val="00DD3B52"/>
    <w:rsid w:val="00DD6178"/>
    <w:rsid w:val="00DD6984"/>
    <w:rsid w:val="00DD6F87"/>
    <w:rsid w:val="00DE0C7C"/>
    <w:rsid w:val="00DE46D3"/>
    <w:rsid w:val="00DE5058"/>
    <w:rsid w:val="00DF0DC1"/>
    <w:rsid w:val="00DF1543"/>
    <w:rsid w:val="00DF24AF"/>
    <w:rsid w:val="00DF254C"/>
    <w:rsid w:val="00E04DC0"/>
    <w:rsid w:val="00E10E48"/>
    <w:rsid w:val="00E15F61"/>
    <w:rsid w:val="00E2170C"/>
    <w:rsid w:val="00E2197C"/>
    <w:rsid w:val="00E23387"/>
    <w:rsid w:val="00E234DC"/>
    <w:rsid w:val="00E31FF7"/>
    <w:rsid w:val="00E3319B"/>
    <w:rsid w:val="00E35A14"/>
    <w:rsid w:val="00E3627B"/>
    <w:rsid w:val="00E41847"/>
    <w:rsid w:val="00E4197A"/>
    <w:rsid w:val="00E41D20"/>
    <w:rsid w:val="00E44212"/>
    <w:rsid w:val="00E47980"/>
    <w:rsid w:val="00E54D13"/>
    <w:rsid w:val="00E62207"/>
    <w:rsid w:val="00E629C1"/>
    <w:rsid w:val="00E631B1"/>
    <w:rsid w:val="00E64B30"/>
    <w:rsid w:val="00E66B06"/>
    <w:rsid w:val="00E67792"/>
    <w:rsid w:val="00E70C20"/>
    <w:rsid w:val="00E72A1E"/>
    <w:rsid w:val="00E73092"/>
    <w:rsid w:val="00E73FB6"/>
    <w:rsid w:val="00E7601B"/>
    <w:rsid w:val="00E76041"/>
    <w:rsid w:val="00E7639D"/>
    <w:rsid w:val="00E76748"/>
    <w:rsid w:val="00E768C3"/>
    <w:rsid w:val="00E76E43"/>
    <w:rsid w:val="00E8471C"/>
    <w:rsid w:val="00E857AB"/>
    <w:rsid w:val="00E8672F"/>
    <w:rsid w:val="00E86DCE"/>
    <w:rsid w:val="00E874DE"/>
    <w:rsid w:val="00E90D4B"/>
    <w:rsid w:val="00E91EE1"/>
    <w:rsid w:val="00E92B3C"/>
    <w:rsid w:val="00E937B6"/>
    <w:rsid w:val="00E93F9A"/>
    <w:rsid w:val="00EA2D54"/>
    <w:rsid w:val="00EA400F"/>
    <w:rsid w:val="00EA4830"/>
    <w:rsid w:val="00EA6D7F"/>
    <w:rsid w:val="00EA72A7"/>
    <w:rsid w:val="00EB08F9"/>
    <w:rsid w:val="00EB49B9"/>
    <w:rsid w:val="00EC0601"/>
    <w:rsid w:val="00EC0777"/>
    <w:rsid w:val="00EC2235"/>
    <w:rsid w:val="00EC77EC"/>
    <w:rsid w:val="00ED6F3F"/>
    <w:rsid w:val="00ED7608"/>
    <w:rsid w:val="00ED7EF9"/>
    <w:rsid w:val="00EE0246"/>
    <w:rsid w:val="00EE1D8A"/>
    <w:rsid w:val="00EE31AE"/>
    <w:rsid w:val="00EE446C"/>
    <w:rsid w:val="00EE6ADC"/>
    <w:rsid w:val="00EE6D46"/>
    <w:rsid w:val="00EF0D6F"/>
    <w:rsid w:val="00EF21B3"/>
    <w:rsid w:val="00EF3245"/>
    <w:rsid w:val="00EF46AF"/>
    <w:rsid w:val="00EF51F9"/>
    <w:rsid w:val="00F011FB"/>
    <w:rsid w:val="00F05C51"/>
    <w:rsid w:val="00F05DEF"/>
    <w:rsid w:val="00F105A1"/>
    <w:rsid w:val="00F1063B"/>
    <w:rsid w:val="00F11F10"/>
    <w:rsid w:val="00F1272C"/>
    <w:rsid w:val="00F12D5B"/>
    <w:rsid w:val="00F13431"/>
    <w:rsid w:val="00F14ED8"/>
    <w:rsid w:val="00F152AF"/>
    <w:rsid w:val="00F15F29"/>
    <w:rsid w:val="00F22252"/>
    <w:rsid w:val="00F24515"/>
    <w:rsid w:val="00F25676"/>
    <w:rsid w:val="00F31D5B"/>
    <w:rsid w:val="00F32062"/>
    <w:rsid w:val="00F34410"/>
    <w:rsid w:val="00F34EF5"/>
    <w:rsid w:val="00F3617D"/>
    <w:rsid w:val="00F42BBF"/>
    <w:rsid w:val="00F433EC"/>
    <w:rsid w:val="00F467CE"/>
    <w:rsid w:val="00F475F8"/>
    <w:rsid w:val="00F53F5B"/>
    <w:rsid w:val="00F55E72"/>
    <w:rsid w:val="00F55FA1"/>
    <w:rsid w:val="00F57AE5"/>
    <w:rsid w:val="00F61E17"/>
    <w:rsid w:val="00F65957"/>
    <w:rsid w:val="00F66A0A"/>
    <w:rsid w:val="00F66D90"/>
    <w:rsid w:val="00F70C2F"/>
    <w:rsid w:val="00F71A88"/>
    <w:rsid w:val="00F76E30"/>
    <w:rsid w:val="00F80230"/>
    <w:rsid w:val="00F80614"/>
    <w:rsid w:val="00F81A52"/>
    <w:rsid w:val="00F8320E"/>
    <w:rsid w:val="00F86F69"/>
    <w:rsid w:val="00F87B4E"/>
    <w:rsid w:val="00F87BDF"/>
    <w:rsid w:val="00F9077B"/>
    <w:rsid w:val="00F917F9"/>
    <w:rsid w:val="00F95808"/>
    <w:rsid w:val="00F969AD"/>
    <w:rsid w:val="00FA13E4"/>
    <w:rsid w:val="00FA20A2"/>
    <w:rsid w:val="00FA2258"/>
    <w:rsid w:val="00FA3520"/>
    <w:rsid w:val="00FB014E"/>
    <w:rsid w:val="00FB47F3"/>
    <w:rsid w:val="00FB6AD3"/>
    <w:rsid w:val="00FC0AAC"/>
    <w:rsid w:val="00FC693F"/>
    <w:rsid w:val="00FC7609"/>
    <w:rsid w:val="00FC79DB"/>
    <w:rsid w:val="00FD1979"/>
    <w:rsid w:val="00FD2A4E"/>
    <w:rsid w:val="00FE3DBA"/>
    <w:rsid w:val="00FE6B63"/>
    <w:rsid w:val="00FE7B43"/>
    <w:rsid w:val="00FF588D"/>
    <w:rsid w:val="00FF64CB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47B5C"/>
  <w14:defaultImageDpi w14:val="300"/>
  <w15:docId w15:val="{0179BA25-793B-49F7-9DDE-D05B5F161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65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55E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7A61C5"/>
  </w:style>
  <w:style w:type="paragraph" w:styleId="FootnoteText">
    <w:name w:val="footnote text"/>
    <w:basedOn w:val="Normal"/>
    <w:link w:val="FootnoteTextChar"/>
    <w:uiPriority w:val="99"/>
    <w:semiHidden/>
    <w:unhideWhenUsed/>
    <w:rsid w:val="004915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152A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9152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C2A1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C2A1A"/>
    <w:rPr>
      <w:color w:val="605E5C"/>
      <w:shd w:val="clear" w:color="auto" w:fill="E1DFDD"/>
    </w:rPr>
  </w:style>
  <w:style w:type="paragraph" w:customStyle="1" w:styleId="CharCharCaracterCharCharCaracterCharCharCaracter">
    <w:name w:val="Char Char Caracter Char Char Caracter Char Char Caracter"/>
    <w:basedOn w:val="NormalIndent"/>
    <w:rsid w:val="00D83B85"/>
    <w:pPr>
      <w:spacing w:before="120" w:after="240" w:line="240" w:lineRule="atLeast"/>
      <w:ind w:left="0"/>
    </w:pPr>
    <w:rPr>
      <w:rFonts w:ascii="Tahoma" w:eastAsia="Times New Roman" w:hAnsi="Tahoma" w:cs="Arial"/>
      <w:sz w:val="20"/>
      <w:szCs w:val="20"/>
      <w:lang w:val="en-GB"/>
    </w:rPr>
  </w:style>
  <w:style w:type="character" w:customStyle="1" w:styleId="l5tlu1">
    <w:name w:val="l5tlu1"/>
    <w:rsid w:val="00D83B85"/>
    <w:rPr>
      <w:b/>
      <w:bCs/>
      <w:color w:val="000000"/>
      <w:sz w:val="32"/>
      <w:szCs w:val="32"/>
    </w:rPr>
  </w:style>
  <w:style w:type="character" w:customStyle="1" w:styleId="l5def4">
    <w:name w:val="l5def4"/>
    <w:rsid w:val="00D83B85"/>
    <w:rPr>
      <w:rFonts w:ascii="Arial" w:hAnsi="Arial" w:cs="Arial" w:hint="default"/>
      <w:color w:val="000000"/>
      <w:sz w:val="26"/>
      <w:szCs w:val="26"/>
    </w:rPr>
  </w:style>
  <w:style w:type="character" w:customStyle="1" w:styleId="l5def28">
    <w:name w:val="l5def28"/>
    <w:rsid w:val="00D83B85"/>
    <w:rPr>
      <w:rFonts w:ascii="Arial" w:hAnsi="Arial" w:cs="Arial" w:hint="default"/>
      <w:color w:val="000000"/>
      <w:sz w:val="26"/>
      <w:szCs w:val="26"/>
    </w:rPr>
  </w:style>
  <w:style w:type="paragraph" w:styleId="NormalIndent">
    <w:name w:val="Normal Indent"/>
    <w:basedOn w:val="Normal"/>
    <w:uiPriority w:val="99"/>
    <w:semiHidden/>
    <w:unhideWhenUsed/>
    <w:rsid w:val="00D83B85"/>
    <w:pPr>
      <w:ind w:left="708"/>
    </w:pPr>
  </w:style>
  <w:style w:type="table" w:customStyle="1" w:styleId="Tabelgril1">
    <w:name w:val="Tabel grilă1"/>
    <w:basedOn w:val="TableNormal"/>
    <w:next w:val="TableGrid"/>
    <w:uiPriority w:val="59"/>
    <w:rsid w:val="000679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5def1">
    <w:name w:val="l5def1"/>
    <w:rsid w:val="003E4FE6"/>
    <w:rPr>
      <w:rFonts w:ascii="Arial" w:hAnsi="Arial" w:cs="Arial" w:hint="default"/>
      <w:color w:val="000000"/>
      <w:sz w:val="26"/>
      <w:szCs w:val="26"/>
    </w:rPr>
  </w:style>
  <w:style w:type="character" w:customStyle="1" w:styleId="l5def27">
    <w:name w:val="l5def27"/>
    <w:rsid w:val="003E4FE6"/>
    <w:rPr>
      <w:rFonts w:ascii="Arial" w:hAnsi="Arial" w:cs="Arial" w:hint="default"/>
      <w:color w:val="000000"/>
      <w:sz w:val="26"/>
      <w:szCs w:val="26"/>
    </w:rPr>
  </w:style>
  <w:style w:type="character" w:customStyle="1" w:styleId="l5def29">
    <w:name w:val="l5def29"/>
    <w:rsid w:val="003E4FE6"/>
    <w:rPr>
      <w:rFonts w:ascii="Arial" w:hAnsi="Arial" w:cs="Arial" w:hint="default"/>
      <w:color w:val="000000"/>
      <w:sz w:val="26"/>
      <w:szCs w:val="26"/>
    </w:rPr>
  </w:style>
  <w:style w:type="table" w:customStyle="1" w:styleId="Tabelgril2">
    <w:name w:val="Tabel grilă2"/>
    <w:basedOn w:val="TableNormal"/>
    <w:next w:val="TableGrid"/>
    <w:uiPriority w:val="59"/>
    <w:rsid w:val="00E21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leNormal"/>
    <w:next w:val="TableGrid"/>
    <w:uiPriority w:val="59"/>
    <w:rsid w:val="0088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11">
    <w:name w:val="Tabel grilă11"/>
    <w:basedOn w:val="TableNormal"/>
    <w:next w:val="TableGrid"/>
    <w:uiPriority w:val="39"/>
    <w:rsid w:val="00B74352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leNormal"/>
    <w:next w:val="TableGrid"/>
    <w:uiPriority w:val="39"/>
    <w:rsid w:val="00EB08F9"/>
    <w:pPr>
      <w:spacing w:after="0" w:line="240" w:lineRule="auto"/>
    </w:pPr>
    <w:rPr>
      <w:rFonts w:eastAsia="Calibr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5">
    <w:name w:val="Tabel grilă5"/>
    <w:basedOn w:val="TableNormal"/>
    <w:next w:val="TableGrid"/>
    <w:uiPriority w:val="39"/>
    <w:rsid w:val="00885D19"/>
    <w:pPr>
      <w:spacing w:after="0" w:line="240" w:lineRule="auto"/>
    </w:pPr>
    <w:rPr>
      <w:rFonts w:eastAsia="Calibr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cf@afer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B375AC8-C412-4B51-A6CD-6EA6AF846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451</Words>
  <Characters>2620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Andrei Viorel</cp:lastModifiedBy>
  <cp:revision>6</cp:revision>
  <cp:lastPrinted>2026-03-24T13:32:00Z</cp:lastPrinted>
  <dcterms:created xsi:type="dcterms:W3CDTF">2026-02-11T08:38:00Z</dcterms:created>
  <dcterms:modified xsi:type="dcterms:W3CDTF">2026-03-24T13:32:00Z</dcterms:modified>
</cp:coreProperties>
</file>